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38Sp/23/2014 z 6. 4. 2015</w:t>
      </w:r>
    </w:p>
    <w:p>
      <w:r>
        <w:t>Uznesenie Krajského súdu Trnava z 6. apríla 2015, sp. zn. 38Sp/23/2014, ECLI:SK:KSTT:2015:2014200219.1</w:t>
      </w:r>
    </w:p>
    <w:p>
      <w:r>
        <w:t>Súd: Krajský súd Trnava</w:t>
      </w:r>
    </w:p>
    <w:p>
      <w:r>
        <w:t>Spisová značka: 38Sp/23/2014</w:t>
      </w:r>
    </w:p>
    <w:p>
      <w:r>
        <w:t>ECLI: ECLI:SK:KSTT:2015:2014200219.1</w:t>
      </w:r>
    </w:p>
    <w:p>
      <w:r>
        <w:t>Dátum vydania: 6. 4. 2015</w:t>
      </w:r>
    </w:p>
    <w:p>
      <w:r>
        <w:t>Forma: Uznesenie</w:t>
      </w:r>
    </w:p>
    <w:p>
      <w:pPr>
        <w:pStyle w:val="Heading2"/>
      </w:pPr>
      <w:r>
        <w:t>Text rozhodnutia</w:t>
      </w:r>
    </w:p>
    <w:p>
      <w:r>
        <w:t>Súd: Krajský súd Trnava Spisová značka: 38Sp/23/2014 Identifikačné číslo súdneho spisu: 2014200219 Dátum vydania rozhodnutia: 07. 04. 2015 Meno a priezvisko sudcu, VSÚ: JUDr. Katarína Benczová ECLI: ECLI:SK:KSTT:2015:2014200219.1 Uznesenie Krajský súd v Trnave v právnej veci navrhovateľa: POHOTOVOSŤ, s.r.o., so sídlom Pribinova 25, 811 09 Bratislava, IČO: 35 807 598, proti odporcovi: Okresný úrad Skalica, Katastrálny odbor, so sídlom Nám. Slobody 15, 909 01 Skalica, za účasti: B. N., nar. XX.XX.XXXX, bytom M. XXX, XXX XX E., o preskúmanie rozhodnutia odporcu číslo V - 843/13-2 zo dňa 6. februára 2014, t a k t o r o z h o d o l : Súd konanie z a s t a v u j e . Žiaden z účastníkov nemá právo na náhradu trov konania. o d ô v o d n e n i e : Preskúmavaným rozhodnutím odporca rozhodol o návrhu na vklad záložného práva do katastra nehnuteľností podľa 31 ods. 3 zákona č. 162/1995 Z.z. o katastri nehnuteľností a o zápise vlastníckych a iných práv k nehnuteľnostiam (katastrálny zákon) v znení neskorších predpisov a § 46 zákona č. 71/1967 Zb. o správnom konaní (správny poriadok) v znení neskorších predpisov tak, že zamietol návrh na vklad záložného práva podaný na príslušnom okresnom úrade dňa 16.04.2013 na základe predloženej Zmluvy o zriadení záložného práva č. 085/2013-Šte zo dňa 19.03.2013 uzavretej na základe Zmluvy o úvere č. 203600624 zo dňa 24.02.2012. Na nariadenom pojednávaní, ktoré sa uskutočnilo dňa 07.04.2015 tunajší súd (po vyvolaní veci) zistil, že sa účastníci konania nedostavili, pričom navrhovateľ podaním (podpísaným zaručeným elektronickým podpisom) zo dňa 30.03.2015 oznámil, že svoj opravný prostriedok berie v celom rozsahu späť, pričom výslovne uviedol, že sa vzdáva práva na podanie odvolania voči rozhodnutiu o zastavení konania.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navrhovateľa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právo na náhradu trov konania. Poučenie: Proti tomuto rozhodnutiu je možné podať odvolanie v lehote 15 dní odo dňa jeho doručenia a to písomne, dvojmo prostredníctvom tunajšieho súdu na Najvyšší súd SR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https://www.kauzis.sk/judikatura/r/ECLI:SK:KSTT:2015:2014200219.1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