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14S/97/2014 z 1. 7. 2015</w:t>
      </w:r>
    </w:p>
    <w:p>
      <w:r>
        <w:t>Uznesenie Krajského súdu Trnava z 1. júla 2015, sp. zn. 14S/97/2014, ECLI:SK:KSTT:2015:2014200423.2</w:t>
      </w:r>
    </w:p>
    <w:p>
      <w:r>
        <w:t>Súd: Krajský súd Trnava</w:t>
      </w:r>
    </w:p>
    <w:p>
      <w:r>
        <w:t>Spisová značka: 14S/97/2014</w:t>
      </w:r>
    </w:p>
    <w:p>
      <w:r>
        <w:t>ECLI: ECLI:SK:KSTT:2015:2014200423.2</w:t>
      </w:r>
    </w:p>
    <w:p>
      <w:r>
        <w:t>Dátum vydania: 1. 7. 2015</w:t>
      </w:r>
    </w:p>
    <w:p>
      <w:r>
        <w:t>Forma: Uznesenie</w:t>
      </w:r>
    </w:p>
    <w:p>
      <w:pPr>
        <w:pStyle w:val="Heading2"/>
      </w:pPr>
      <w:r>
        <w:t>Text rozhodnutia</w:t>
      </w:r>
    </w:p>
    <w:p>
      <w:r>
        <w:t>Súd: Krajský súd Trnava Spisová značka: 14S/97/2014 Identifikačné číslo súdneho spisu: 2014200423 Dátum vydania rozhodnutia: 02. 07. 2015 Meno a priezvisko sudcu, VSÚ: JUDr. Pavol Laczo ECLI: ECLI:SK:KSTT:2015:2014200423.2 Uznesenie Krajský súd v Trnave v právnej veci žalobcu: RUSSEL EXPORT-IMPORT s.r.o., so sídlom Záhradnícka 15, 811 07 Bratislava, IČO: 44 092 580, proti žalovanému: Daňový úrad Trnava, so sídlom Hlboká 8/1, 917 65 Trnava, o preskúmanie zákonnosti rozhodnutia žalovaného číslo 9210401/5/1436235/2014/Gaá zo dňa 09. apríla 2014, takto r o z h o d o l : Súd konanie z a s t a v u j e. Žiaden z účastníkov nemá právo na náhradu trov konania. Súd vracia žalobcovi krátený súdny poplatok v sume 63,30 eur prostredníctvom prevádzkovateľa platobného systému E-kolok. o d ô v o d n e n i e : Žalobou zo dňa 16.06.2014, doručenou tunajšiemu súdu dňa 17.06.2014, sa žalobca prostredníctvom právneho zástupcu (t. č. Prosman a Pavlovič advokátska kancelária, s.r.o.) domáhal preskúmania zákonnosti rozhodnutia žalovaného č. 9210401/5/1436235/2014/Gaá zo dňa 09.04.2014, ktorým tento postupom podľa ust. § 73 ods. 5 v nadväznosti na ust. § 165b ods. 1 zákona č. 563/2009 Z. z. o správe daní (daňový poriadok) a o zmene a doplnení niektorých zákonov v znení neskorších predpisov žalobcovi oznámil, že jeho odvolanie zo dňa 26.03.2014 podané proti rozhodnutiu o predbežnom opatrení č. 9210401/5/918925/2014/Gaá zo dňa 11.03.2014 zamieta. Vzhľadom na to, že zo zákonných ustanovení Piatej časti, Druhej hlavy Občianskeho súdneho poriadku (zákon č. 99/1963 Zb.; ďalej len „O.s.p.“) - „Rozhodovanie o žalobách proti rozhodnutiam a postupom správnych orgánov“ obligatórne vyplýva povinnosť (nutnosť) zastúpenia žalobcu advokátom (výnimky ustanovuje už citované ust. § 250a O.s.p.), súd postupom podľa § 246c ods. 1 v spojení s § 43 ods. 1 O.s.p. žalobcu uznesením č. k. 14S/97/2014-46 zo dňa 06.05.2015 vyzval, aby tento v lehote 10 dní od doručenia predmetného uznesenia doplnil žalobu tak, že predloží súdu plnú moc udelenú advokátovi na zastupovanie v tomto konaní, pokiaľ sám nemá právnické vzdelanie. Žalobca i napriek predmetnej výzve žalobu tunajším súdom predpísaným spôsobom nedoplnil.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 250d ods. 3 O.s.p., nakoľko žalobca neodstránil vady žaloby v zmysle vyššie uvedeného uznesenia, pričom tieto bránia vecnému vybaveniu žaloby. Súčasne žalobca na základe realizovanej výzvy č. k. 14S/97/2014-36 zo dňa 08.09.2014 zaplatil na účet tunajšieho súdu sumu vo výške 70 eur ako súdny poplatok za podanú žalobu v zmysle Položky č. 10, písm. a) Sadzobníka súdnych poplatkov tvoriaceho prílohu zákona č. 71/1992 Zb. o súdnych poplatkoch a poplatku za výpis z registra trestov (ďalej len „zákon č. 71/1992 Zb.“). Podľa § 11 ods. 3 zákona č. 71/1992 Zb.,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č. 71/1992 Zb., okrem poplatku v rozvodovom konaní a poplatku, ktorý sa vracia podľa odseku 1, sa poplatok alebo jeho časť (preplatok) vracia krátený o 1%, najmenej však 6,70 eura. Ak sa návrh vzal späť pred zaplatením poplatku, poplatok sa nevyrubuje. Nakoľko konanie o preskúmanie zákonnosti rozhodnutia žalovaného bolo zastavené z dôvodu, že účastník nebol v konaní riadne zastúpený, súd rozhodol o vrátení súdneho poplatku za návrh na začatie konania vo výške 70 eur, avšak v súlade s ust. § 11 ods. 3 a 4 zákona č. 71/1992 Zb. kráteného o 6,70 eur, a to prostredníctvom prevádzkovateľa platobného systému E-kolok. O náhrade trov konania krajský súd rozhodoval podľa § 246c ods. 1 O.s.p. v spojení § 146 ods. 2 O.s.p. tak, že žiaden z účastníkov nemá právo na náhradu trov konania, nakoľko žalobca zavinil zastavenie konania a žalovanému náhrada trov konania neprislúcha.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https://www.kauzis.sk/judikatura/r/ECLI:SK:KSTT:2015:2014200423.2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