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43Sd/70/2014 z 1. 7. 2015</w:t>
      </w:r>
    </w:p>
    <w:p>
      <w:r>
        <w:t>Uznesenie Krajského súdu Trnava z 1. júla 2015, sp. zn. 43Sd/70/2014, ECLI:SK:KSTT:2015:2014200455.2</w:t>
      </w:r>
    </w:p>
    <w:p>
      <w:r>
        <w:t>Súd: Krajský súd Trnava</w:t>
      </w:r>
    </w:p>
    <w:p>
      <w:r>
        <w:t>Spisová značka: 43Sd/70/2014</w:t>
      </w:r>
    </w:p>
    <w:p>
      <w:r>
        <w:t>ECLI: ECLI:SK:KSTT:2015:2014200455.2</w:t>
      </w:r>
    </w:p>
    <w:p>
      <w:r>
        <w:t>Dátum vydania: 1. 7. 2015</w:t>
      </w:r>
    </w:p>
    <w:p>
      <w:r>
        <w:t>Forma: Uznesenie</w:t>
      </w:r>
    </w:p>
    <w:p>
      <w:pPr>
        <w:pStyle w:val="Heading2"/>
      </w:pPr>
      <w:r>
        <w:t>Text rozhodnutia</w:t>
      </w:r>
    </w:p>
    <w:p>
      <w:r>
        <w:t>Súd: Krajský súd Trnava Spisová značka: 43Sd/70/2014 Identifikačné číslo súdneho spisu: 2014200455 Dátum vydania rozhodnutia: 02. 07. 2015 Meno a priezvisko sudcu, VSÚ: JUDr. Ľubomír Bundzel ECLI: ECLI:SK:KSTT:2015:2014200455.2 Uznesenie Krajský súd v Trnave v právnej veci nebohého navrhovateľa: X. S., nar. XX.XX.XXXX, naposledy bytom J. č. XXX, XXX XX E. Y., zomr. XX.XX.XXXX, proti odporkyni: Sociálna poisťovňa - ústredie, so sídlom Ul. 29. augusta č. 8, Bratislava, o preskúmanie rozhodnutia odporkyne t a k t o r o z h o d o l : Súd konanie z a s t a v u j e. Žiaden z účastníkov nemá nárok na náhradu trov konania. o d ô v o d n e n i e : Návrhom zo dňa 28.05.2014, doručeným odporkyni dňa 30.05.2014, sa nebohý navrhovateľ domáhal preskúmania zákonnosti rozhodnutia odporkyne č. XXX XXX XXXX X zo dňa 07.04.2014, ktorým odporkyňa postupom podľa ust. § 74 ods. 2, 3 a 6 a § 112 ods. 4 zákona č. 461/2003 Z. z. o sociálnom poistení v znení zákona č. 310/2006 Z. z. navrhovateľovi zastavila od 09.05.2014 výplatu vdoveckého dôchodku. V priebehu konania tunajší súd zistil, že navrhovateľ zomrel, pričom za účelom overenia si tejto skutočnosti dopytom adresovaným príslušnému matričnému úradu (Matričný úrad Nový Život) bola táto skutočnosť potvrdená, pričom z príslušného Oznámenia o úmrtí zo dňa 27.05.2015 (zväzok 11, ročník 2014, strana 64, por. č. 5; č. l. 25 súdneho spisu) vyplýva, že navrhovateľ - X. S., nar. XX.XX.XXXX, naposledy bytom J.. XXX, XXX XX E.U., zomrel dňa XX.XX.XXXX. Podľa § 246c ods. 1 veta prvá O.s.p., pre riešenie otázok, ktoré nie sú priamo upravené v tejto časti, sa použijú primerane ustanovenia prvej, tretej a štvrtej časti tohto zákona. Podľa § 103 O.s.p., kedykoľvek za konania prihliada súd na to, či sú splnené podmienky, za ktorých môže konať vo veci (podmienky konania). Podľa § 104 ods. 1 prvá veta O.s.p., ak ide o taký nedostatok podmienky konania, ktorý nemožno odstrániť, súd konanie zastaví. Podľa § 19 O.s.p., spôsobilosť byť účastníkom konania má ten, kto má spôsobilosť mať práva a povinnosti; inak len ten, komu ju zákon priznáva. Podľa § 107 ods. 1 O.s.p., ak účastník stratí spôsobilosť byť účastníkom konania skôr, ako sa konanie právoplatne skončilo, súd posúdi podľa povahy veci, či má konanie zastaviť alebo prerušiť alebo či môže v ňom pokračovať. Podľa § 107 ods. 3 O.s.p., konanie súd preruší najmä vtedy, ak ide o majetkovú vec a navrhovateľ alebo odporca zomrel; v konaní pokračuje s dedičmi účastníka, prípadne s tými, ktorí podľa výsledku dedičského konania prevzali právo alebo povinnosť, o ktorú v konaní ide, a to len čo sa skončí konanie o dedičstve, ak povaha veci nepripúšťa, aby sa v konaní pokračovalo skôr. V uvedenom prípade, navrhovateľ v priebehu konania zomrel, stratil teda spôsobilosť byť účastníkom konania. Krajský súd preto posudzoval, či má konanie zastaviť, prerušiť alebo či má v konaní pokračovať. Konanie súd preruší najmä vtedy, ak ide o vec majetkovú, a v konaní pokračuje s dedičmi. Súdne konanie prebieha podľa presne vymedzených pravidiel, ktoré sú predpokladom, aby súd mohol konať a následne vydať rozhodnutie. Ide o procesné podmienky konania. V prípade, ak nie sú procesné podmienky splnené, takéto konanie vykazuje nedostatky, ktoré môžu byť odstrániteľné a neodstrániteľné. Nedostatok spôsobilosti byť účastníkom konania je neodstrániteľným nedostatkom podmienky konania. Ak účastník konania zomrie, zanikne jeho spôsobilosť byť účastníkom konania. Predmetom súdneho prieskumu zo strany tunajšieho súdu na základe navrhovateľom podaného opravného prostriedku bolo rozhodnutie odporkyne č. XXX XXX XXXX X zo dňa 07.04.2014, ktorým táto postupom podľa ust. § 74 ods. 2, 3 a 6 a § 112 ods. 4 zákona č. 461/2003 Z. z. o sociálnom poistení v znení zákona č. 310/2006 Z. z. navrhovateľovi zastavila od 09.05.2014 výplatu vdoveckého dôchodku. Z vyššie uvedeného vyplýva, že ide o preskúmanie rozhodnutia správneho orgánu na základe podaného opravného prostriedku v zmysle ust. § 250l a nasl. O.s.p., teda podľa názoru tunajšieho súdu nejde o vec majetkovú. Keďže v danom prípade išlo o nárok navrhovateľa viažuci sa výlučne na jeho osobu, nešlo o vec majetkovú a navrhovateľ v priebehu konania stratil spôsobilosť byť účastníkom konania pred jeho právoplatným skončením, Krajský súd podľa ust. § 104 ods. 1 veta prvá O.s.p. z dôvodu podľa § 103 a § 107 ods. 1 O.s.p. v spojení s ust. § 19 O.s.p. konanie zastavil. O náhrade trov konania súd rozhodol podľa ust. § 250l ods. 2 O.s.p. a § 246c O.s.p. v spojení s ust.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https://www.kauzis.sk/judikatura/r/ECLI:SK:KSTT:2015:2014200455.2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