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14S/59/2015 z 28. 9. 2015</w:t>
      </w:r>
    </w:p>
    <w:p>
      <w:r>
        <w:t>Uznesenie Krajského súdu Trnava z 28. septembra 2015, sp. zn. 14S/59/2015, ECLI:SK:KSTT:2015:2015200213.1</w:t>
      </w:r>
    </w:p>
    <w:p>
      <w:r>
        <w:t>Súd: Krajský súd Trnava</w:t>
      </w:r>
    </w:p>
    <w:p>
      <w:r>
        <w:t>Spisová značka: 14S/59/2015</w:t>
      </w:r>
    </w:p>
    <w:p>
      <w:r>
        <w:t>ECLI: ECLI:SK:KSTT:2015:2015200213.1</w:t>
      </w:r>
    </w:p>
    <w:p>
      <w:r>
        <w:t>Dátum vydania: 28. 9. 2015</w:t>
      </w:r>
    </w:p>
    <w:p>
      <w:r>
        <w:t>Forma: Uznesenie</w:t>
      </w:r>
    </w:p>
    <w:p>
      <w:pPr>
        <w:pStyle w:val="Heading2"/>
      </w:pPr>
      <w:r>
        <w:t>Text rozhodnutia</w:t>
      </w:r>
    </w:p>
    <w:p>
      <w:r>
        <w:t>Súd: Krajský súd Trnava Spisová značka: 14S/59/2015 Identifikačné číslo súdneho spisu: 2015200213 Dátum vydania rozhodnutia: 29. 09. 2015 Meno a priezvisko sudcu, VSÚ: JUDr. Ľubomír Bundzel ECLI: ECLI:SK:KSTT:2015:2015200213.1 Uznesenie Krajský súd v Trnave v právnej veci žalobcu: RUSSEL EXPORT - IMPORT, s.r.o., so sídlom Záhradnícka 15, 811 07 Bratislava, IČO: 44 092 580, proti žalovanému: Daňový úrad Trnava, pobočka Dunajská Streda, so sídlom ul. Biskupa Kondého 2, 929 01 Dunajská Streda, o návrhu na preskúmanie rozhodnutia žalovaného č. 9210401/5/428812/2015/Szal. zo dňa 26.02.2015, takto r o z h o d o l : Súd konanie z a s t a v u j e . Žiaden z účastníkov nemá právo na náhradu trov konania. o d ô v o d n e n i e : Žalobou zo dňa 18.03.2015 sa žalobca domáhal, aby súd zrušil napadnuté rozhodnutie žalovaného č. 9210401/5/428812/2015/Szal. zo dňa 26.02.2015, ktorým žalovaný oznámil žalobcovi, že odvolanie proti dodatočnému platobnému výmeru č. 9210401/5/5332718/2014/Szal zo dňa 08.12.2014 nebolo podané zákonnom predpísaným spôsobom a preto nezakladá právne účinky. Krajský súd v Trnave výzvou (vzor 4a O.s.p.) zo dňa 10.08.2015, ktorá bola doručená žalobcovi dňa 19.08.2015, vyzval žalobcu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29.08.2015. Podľa § 5 ods. 1 písm. a) zákona č. 71/1992 Zb. o súdnych poplatkoch a poplatku za výpis z registra trestov v znení neskorších predpisov (ďalej len zákon o súdnych poplatkoch), poplatková povinnosť vzniká podaním návrhu, odvolania a dovolania alebo žiadosti na vykonanie poplatkového úkonu, ak je poplatníkom navrhovateľ, odvolateľ a dovolateľ.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zákona o súdnych poplatkoch, prvostupňový súd zruší uznesenie o zastavení konania pre nezaplatenie súdneho poplatku, ak poplatník zaplatí súdny poplatok do konca lehoty na podanie odvolania. Vzhľadom na to, že žalobca nezaplatil súdny poplatok vo výške 70 eur splatný podaním žaloby, ani v zákonnej lehote určenej súdom na zaplatenie súdneho poplatku vo výzve zo dňa 19.08.2015,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O trovách konania rozhodol súd podľa § 146 ods. 1 písm. c) O.s.p. tak, že žiadnemu z účastníkov nepriznal právo na náhradu trov konania.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https://www.kauzis.sk/judikatura/r/ECLI:SK:KSTT:2015:2015200213.1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