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14S/59/2015 z 6. 12. 2015</w:t>
      </w:r>
    </w:p>
    <w:p>
      <w:r>
        <w:t>Uznesenie Krajského súdu Trnava z 6. decembra 2015, sp. zn. 14S/59/2015, ECLI:SK:KSTT:2015:2015200213.2</w:t>
      </w:r>
    </w:p>
    <w:p>
      <w:r>
        <w:t>Súd: Krajský súd Trnava</w:t>
      </w:r>
    </w:p>
    <w:p>
      <w:r>
        <w:t>Spisová značka: 14S/59/2015</w:t>
      </w:r>
    </w:p>
    <w:p>
      <w:r>
        <w:t>ECLI: ECLI:SK:KSTT:2015:2015200213.2</w:t>
      </w:r>
    </w:p>
    <w:p>
      <w:r>
        <w:t>Dátum vydania: 6. 12.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14S/59/2015 Identifikačné číslo súdneho spisu: 2015200213 Dátum vydania rozhodnutia: 07. 12. 2015 Meno a priezvisko sudcu, VSÚ: JUDr. Ľubomír Bundzel ECLI: ECLI:SK:KSTT:2015:2015200213.2 Uznesenie Krajský súd v Trnave v právnej veci žalobcu: RUSSEL EXPORT - IMPORT, s.r.o., so sídlom Záhradnícka 15, 811 07 Bratislava, IČO: 44 092 580, proti žalovanému: Daňový úrad Trnava, pobočka Dunajská Streda, so sídlom ul. Biskupa Kondého 2, 929 01 Dunajská Streda, o návrhu na preskúmanie rozhodnutia žalovaného č. 9210401/5/428812/2015/Szal. zo dňa 26.02.2015, takto r o z h o d o l : Súd uznesenie č.k. 14S/59/2015-56 zo dňa 29.09.2015 z r u š u j e . o d ô v o d n e n i e : Uznesením pod č. k. 14S/59/2015 - 56 zo dňa 29.09.2015 tunajší súd postupom podľa § 10 ods. 1 zákona č. 71/1992 Zb. zastavil konanie o návrhu na preskúmanie zákonnosti rozhodnutia žalovaného, nakoľko žalobca v súdom stanovenej lehote nezaplatil súdny poplatok za podanú žalobu. Podľa § 10 ods. 3 prvá veta zákona č. 71/1992 Zb. prvostupňový súd zruší uznesenie o zastavení konania pre nezaplatenie súdneho poplatku, ak poplatník zaplatí súdny poplatok do konca lehoty na podanie odvolania. Nakoľko dňa 27.10.2015 došlo zo strany žalobcu k zaplateniu predmetnej platby (kópia prevodného príkazu potvrdzujúceho zaplatenie predmetnej platby je súčasťou spisu) odvolacej lehote, súd podľa ust. § 10 ods. 3 zákona č. 71/1992 Zb. uznesenie o zastavení konania zrušil s tým, že v konaní sa bude ďalej riadne pokračovať. Poučenie: Proti tomuto uzneseniu je prípustné odvolanie do 15 dní odo dňa jeho doručenia na Najvyšší súd SR prostredníctvom Krajského súdu v Trnave.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https://www.kauzis.sk/judikatura/r/ECLI:SK:KSTT:2015:2015200213.2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