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21Sd/6/2015 z 3. 8. 2015</w:t>
      </w:r>
    </w:p>
    <w:p>
      <w:r>
        <w:t>Uznesenie Krajského súdu Trnava z 3. augusta 2015, sp. zn. 21Sd/6/2015, ECLI:SK:KSTT:2015:2015200230.1</w:t>
      </w:r>
    </w:p>
    <w:p>
      <w:r>
        <w:t>Súd: Krajský súd Trnava</w:t>
      </w:r>
    </w:p>
    <w:p>
      <w:r>
        <w:t>Spisová značka: 21Sd/6/2015</w:t>
      </w:r>
    </w:p>
    <w:p>
      <w:r>
        <w:t>ECLI: ECLI:SK:KSTT:2015:2015200230.1</w:t>
      </w:r>
    </w:p>
    <w:p>
      <w:r>
        <w:t>Dátum vydania: 3. 8. 2015</w:t>
      </w:r>
    </w:p>
    <w:p>
      <w:r>
        <w:t>Forma: Uznesenie</w:t>
      </w:r>
    </w:p>
    <w:p>
      <w:pPr>
        <w:pStyle w:val="Heading2"/>
      </w:pPr>
      <w:r>
        <w:t>Text rozhodnutia</w:t>
      </w:r>
    </w:p>
    <w:p>
      <w:r>
        <w:t>Súd: Krajský súd Trnava Spisová značka: 21Sd/6/2015 Identifikačné číslo súdneho spisu: 2015200230 Dátum vydania rozhodnutia: 04. 08. 2015 Meno a priezvisko sudcu, VSÚ: JUDr. Božena Husárová ECLI: ECLI:SK:KSTT:2015:2015200230.1 Uznesenie Krajský súd v Trnave v právnej veci navrhovateľky: L. U., nar. XX.XX.XXXX, bytom V. XXXX/X, T. proti odporkyni: Sociálna poisťovňa, ústredie, so sídlom Ul. 29 augusta č. 8, Bratislava o preskúmanie zákonnosti rozhodnutia odporkyne takto r o z h o d o l : Súd konanie z a s t a v u j e . Žiaden z účastníkov nemá právo na náhradu trov konania. o d ô v o d n e n i e : Navrhovateľka návrhom doručeným odporkyni dňa 25.02.2015 žiadala o preskúmanie rozhodnutia odporkyne č. XXX XXX XXXX X zo dňa 27.01.2015, ktorým táto postupom podľa § 70 a 71 ods. 1 zák. č. 461/2003 Z.z. o sociálnom poistení v znení neskorších predpisov zamietla žiadosť navrhovateľky o invalidný dôchodok. Na základe podaného opravného prostriedku navrhovateľkou bol jej zdravotný stav opätovne posúdený posudkovým lekárom sociálnej poisťovne a navrhovateľka po prehodnotení jej zdravotného stavu bola posúdená ako invalidná od 26.05.2014 s mierou poklesu schopnosti vykonávať zárobkovú činnosť 45 % a bol jej priznaný nárok na invalidný dôchodok v sume 171,20 eur mesačne. Navrhovateľka po oboznámení sa s uvedeným záverom, podaním doručeným súdu dňa 24.07.2015 oznámila, že žiada konanie zastaviť a na svojom návrhu netrvá. Krajský súd v Trnave príslušný na konanie vo veci, prejednal vec bez nariadenia pojednávania (podľa § 244 ods. 1,2 O.s.p. a § 250l O.s.p.)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https://www.kauzis.sk/judikatura/r/ECLI:SK:KSTT:2015:2015200230.1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