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23Sd/9/2015 z 30. 7. 2015</w:t>
      </w:r>
    </w:p>
    <w:p>
      <w:r>
        <w:t>Uznesenie Krajského súdu Trnava z 30. júla 2015, sp. zn. 23Sd/9/2015, ECLI:SK:KSTT:2015:2015200529.1</w:t>
      </w:r>
    </w:p>
    <w:p>
      <w:r>
        <w:t>Súd: Krajský súd Trnava</w:t>
      </w:r>
    </w:p>
    <w:p>
      <w:r>
        <w:t>Spisová značka: 23Sd/9/2015</w:t>
      </w:r>
    </w:p>
    <w:p>
      <w:r>
        <w:t>ECLI: ECLI:SK:KSTT:2015:2015200529.1</w:t>
      </w:r>
    </w:p>
    <w:p>
      <w:r>
        <w:t>Dátum vydania: 30. 7. 2015</w:t>
      </w:r>
    </w:p>
    <w:p>
      <w:r>
        <w:t>Forma: Uznesenie</w:t>
      </w:r>
    </w:p>
    <w:p>
      <w:pPr>
        <w:pStyle w:val="Heading2"/>
      </w:pPr>
      <w:r>
        <w:t>Text rozhodnutia</w:t>
      </w:r>
    </w:p>
    <w:p>
      <w:r>
        <w:t>Súd: Krajský súd Trnava Spisová značka: 23Sd/9/2015 Identifikačné číslo súdneho spisu: 2015200529 Dátum vydania rozhodnutia: 31. 07. 2015 Meno a priezvisko sudcu, VSÚ: JUDr. Andrea Vyskočová ECLI: ECLI:SK:KSTT:2015:2015200529.1 Uznesenie Krajský súd v Trnave v právnej veci navrhovateľky: H. V., nar. XX.XX.XXXX, bytom U. U. XXXX/X, XXX XX N. E., proti odporkyni: Sociálna poisťovňa - ústredie, ul. 29. augusta č. 8, 813 63 Bratislava, o návrhu na preskúmanie rozhodnutia odporkyne č. XXX XXX XXXX X zo dňa 17.02.2015, t a k t o r o z h o d o l : I. Súd konanie z a s t a v u j e . II. Žiaden z účastníkov nemá právo na náhradu trov konania. o d ô v o d n e n i e : Navrhovateľka návrhom doručeným odporkyni dňa 11.03.20154 žiadala preskúmanie rozhodnutia odporkyne č. XXX XXX XXXX X zo dňa 17.02.2015, ktorým odporkyňa rozhodla podľa § 70 ods. 1 zákona č. 461/2003 Z.z. o sociálnom poistení v znení neskorších predpisov tak, že navrhovateľke vznikol od 30.10.2014 nárok na výplatu invalidného dôchodku v sume 146,70 eur a podľa § 263a ods.5 zákona č. 461/2003 Z.z. o sociálnom poistení v znení neskorších predpisov tak, že navrhovateľke sa naďalej vypláca invalidný dôchodok v sume 167,90 eur mesačne a nárok na invalidný dôchodok v nižšej sume 146,70 eur mesačne zaniká. Zdravotný stav navrhovateľky bol na základe opravného prostriedku opakovane preskúmaný posudkovým lekárom sociálneho poistenia Sociálnej poisťovne, ústredie dňa 15.07.2015 so záverom, že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Miera poklesu schopnosti vykonávať zárobkovú činnosť bola u navrhovateľa určená v percentách: 50%, keď navrhovateľka súhlasila s výsledkom posúdenia zdravotného stavu. Navrhovateľka podaním doručeným súdu dňa 29.07.2015 zobrala návrh o preskúmanie rozhodnutia odporkyne zo dňa 17.02.2015 späť a žiadala konanie o preskúmanie rozhodnutia odporkyne na krajskom súde zastaviť, nakoľko súhlasila s výsledkom posúdenia jej zdravotného stavu, ktorý bol určený posudkovým lekárom sociálneho poistenia Sociálnej poisťovne, ústredie dňa 15.07.2015.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https://www.kauzis.sk/judikatura/r/ECLI:SK:KSTT:2015:2015200529.1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