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43Sp/28/2014 z 10. 2. 2016</w:t>
      </w:r>
    </w:p>
    <w:p>
      <w:r>
        <w:t>Uznesenie Krajského súdu Trnava z 10. februára 2016, sp. zn. 43Sp/28/2014, ECLI:SK:KSTT:2016:2014200366.2</w:t>
      </w:r>
    </w:p>
    <w:p>
      <w:r>
        <w:t>Súd: Krajský súd Trnava</w:t>
      </w:r>
    </w:p>
    <w:p>
      <w:r>
        <w:t>Spisová značka: 43Sp/28/2014</w:t>
      </w:r>
    </w:p>
    <w:p>
      <w:r>
        <w:t>ECLI: ECLI:SK:KSTT:2016:2014200366.2</w:t>
      </w:r>
    </w:p>
    <w:p>
      <w:r>
        <w:t>Dátum vydania: 10. 2. 2016</w:t>
      </w:r>
    </w:p>
    <w:p>
      <w:r>
        <w:t>Forma: Uznesenie</w:t>
      </w:r>
    </w:p>
    <w:p>
      <w:pPr>
        <w:pStyle w:val="Heading2"/>
      </w:pPr>
      <w:r>
        <w:t>Text rozhodnutia</w:t>
      </w:r>
    </w:p>
    <w:p>
      <w:r>
        <w:t>Súd: Krajský súd Trnava Spisová značka: 43Sp/28/2014 Identifikačné číslo súdneho spisu: 2014200366 Dátum vydania rozhodnutia: 11. 02. 2016 Meno a priezvisko sudcu, VSÚ: JUDr. Andrea Vyskočová ECLI: ECLI:SK:KSTT:2016:2014200366.2 Uznesenie Krajský súd v Trnave, v právnej veci navrhovateľa: JUDr. Y. U., nar. XX.XX.XXXX, bytom ul. A. XXXX/ XXX, XXX XX Y., proti odporcovi: 2. disciplinárna komisia Generálnej prokuratúry SR, so sídlom Štúrova 2, 812 85 Bratislava, o návrhu na preskúmanie rozhodnutia 1. disciplinárnej komisie Generálnej prokuratúry SR č. k. XV/6 Spr 9/13-71 zo dňa 03.04.2014, takto r o z h o d o l : I. Súd konanie z a s t a v u j e . II. Žiaden z účastníkov nemá právo na náhradu trov konania. o d ô v o d n e n i e : Navrhovateľ návrhom doručeným Okresnej prokuratúre Bratislava dňa 09.05.2014 podal odvolanie proti rozhodnutiu 1. disciplinárnej komisie Generálnej prokuratúry SR č.k. XV/6 Spr 9/13-71 zo dňa 03.04.2014, ktorým žiadal, aby súd napadnuté rozhodnutie zrušil a vec vrátil na nové konanie, pretože uložené disciplinárne opatrenie - zníženie základného platu o 10% na dva mesiace mu pripadá neprimerane prísne a nie je si vedomý toho, že by svojim správaním alebo konaním spôsobil nejakému kolegovi ujmu na cti alebo oslabil jeho nestrannosť. Na Generálnej prokuratúre SR boli po zverejnení nálezu Ústavného súdu SR sp. zn. PL. ÚS 105/2011 zriadené nové disciplinárne komisie a predmetné disciplinárne konanie bolo náhodným výberom pridelené 2. disciplinárnej komisii Generálnej prokuratúry SR. Navrhovateľ podaním doručeným súdu dňa 11.2.2016 zobral späť odvolanie proti rozhodnutiu 1. disciplinárnej komisii Generálnej prokuratúry SR č. k. XV/6 Spr 9/13-71 zo dňa 03.04.2014, ktorým bol uznaný vinným z disciplinárneho previnenia.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bez nariadenia pojednávania podľa § 244 ods. 1,2 O.s.p. a § 250l O.s.p. a zistil, že sú splnené podmienky na zastavenie konania o preskúmanie napadnutého rozhodnutia odporcu.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https://www.kauzis.sk/judikatura/r/ECLI:SK:KSTT:2016:2014200366.2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