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38Sd/70/2014 z 24. 2. 2016</w:t>
      </w:r>
    </w:p>
    <w:p>
      <w:r>
        <w:t>Rozsudok Krajského súdu Trnava z 24. februára 2016, sp. zn. 38Sd/70/2014, ECLI:SK:KSTT:2016:2014200454.2</w:t>
      </w:r>
    </w:p>
    <w:p>
      <w:r>
        <w:t>Súd: Krajský súd Trnava</w:t>
      </w:r>
    </w:p>
    <w:p>
      <w:r>
        <w:t>Spisová značka: 38Sd/70/2014</w:t>
      </w:r>
    </w:p>
    <w:p>
      <w:r>
        <w:t>ECLI: ECLI:SK:KSTT:2016:2014200454.2</w:t>
      </w:r>
    </w:p>
    <w:p>
      <w:r>
        <w:t>Dátum vydania: 24. 2. 2016</w:t>
      </w:r>
    </w:p>
    <w:p>
      <w:r>
        <w:t>Forma: Rozsudok</w:t>
      </w:r>
    </w:p>
    <w:p>
      <w:r>
        <w:t>Oblasť práva: Správne právo</w:t>
      </w:r>
    </w:p>
    <w:p>
      <w:pPr>
        <w:pStyle w:val="Heading2"/>
      </w:pPr>
      <w:r>
        <w:t>Text rozhodnutia</w:t>
      </w:r>
    </w:p>
    <w:p>
      <w:r>
        <w:t>Súd: Krajský súd Trnava Spisová značka: 38Sd/70/2014 Identifikačné číslo súdneho spisu: 2014200454 Dátum vydania rozhodnutia: 25. 02. 2016 Meno a priezvisko sudcu, VSÚ: JUDr. Božena Husárová ECLI: ECLI:SK:KSTT:2016:2014200454.2 ROZSUDOK V MENE SLOVENSKEJ REPUBLIKY Krajský súd v Trnave pred sudkyňou JUDr. Boženou Husárovou v právnej veci žalobcu: PhDr. L. A., W. XXX, B., nar.XX.XX.XXXX proti žalovanej: Sociálna poisťovňa - ústredie, Ul. 29. augusta č. 8, Bratislava o preskúmanie zákonnosti rozhodnutia žalovanej č. XXX XXX XXXX X zo dňa 17.01.2014 v spojení s rozhodnutím č. XXX XXX XXXX X zo dňa 10.11.2015 t a k t o r o z h o d o l : Súd rozhodnutie žalovanej č. XXX XXX XXXX X zo dňa 17.01.2014 v spojení s rozhodnutím č. XXX XXX XXXX X zo dňa 10.11.2015 podľa § 250j ods. 2 písm. c) a d) O.s.p. zrušuje a vec jej vracia na ďalšie konanie. Žalobkyni sa náhrada trov konania nepriznáva. o d ô v o d n e n i e : Žalovaná rozhodnutím č. XXX XXX XXXX X zo dňa 17.01.2014 podľa § 73, § 112 ods. 4, § 274, § 82 a § 293 c), e) zák. č. 461/2003 Z.z. o sociálnom poistení v znení neskorších predpisov zvýšila suma invalidného dôchodku na sumu 279,90 eur mesačne. V odôvodnení uviedla, že vychádzala z posúdenia zdravotného stavu žalobkyni posudkovým lekárom žalovanej zo dňa 17.06.2014, podľa ktorého je žalobkyňa invalidnou podľa § 71 ods. 1 zák. č. 461/2003 Z.z. s mierou poklesu schopnosti vykonávať zárobkovú činnosť (MPSVZČ) v rozsahu 50 %. Proti predmetnému rozhodnutiu, ktoré vychádzalo z posudku posudkového lekára sociálneho poistenia Sociálnej poisťovne pobočky Galanta zo dňa 11.09.2013 žalobkyňa nesúhlasila, žiadala o jeho preskúmanie a poukázala na to, že posudok sa nevyporiadal s jej aktuálnym zdravotným stavom, nezohľadnil jeho zhoršenie a tak nevychádzal z aktuálnych lekárskych správ a reálneho stavu. Posudkový lekár vôbec ňou prinesenú zdravotnú dokumentáciu, na ktorú žalobkyňa poukazovala nepreskúmal a nevzal do úvahy v súvislosti s výškou určenia percentuálnej MPSVZČ v porovnaní so zdravou fyzickou osobou. Podľa lekárskeho posudku zo dňa 17.06.2014 je rozhodujúcim zdravotným postihnutím ochorenie ako je uvedené v Kapitole XV - Choroby podporného a pohybového aparátu, Oddiel E-dorzalgia, dorzopatia, Položka 4 - stavy po operácii chrbtice a medzistavcových platničiek, písmeno b - často recidivujúce prejavy nervového dráždenia v rozsahu 40 % a iné zdravotné postihnutie: obezita - tučnota s - BMI 42, diabetes melitus závislý na inzulíne v rozsahu 10 %. Žalovaná vo vyjadrení k odvolaniu, ktoré jej bolo doručené dňa 07.02.2014 poukázala na posudok lekára sociálneho poistenia Sociálnej poisťovne, pobočka Galanta zo dňa 11.09.2013, podľa ktorého je žalobkyňa od 27.07.2013 invalidnou s MPSVZČ 50 % v porovnaní so zdravou fyzickou osobou, keď posudkový lekár odborne posúdil a vyhodnotil zdravotný stav žalobkyne a zistené postihnutia zaradil podľa prílohy č. 4 do príslušnej kapitoly. Stav žalobkyne bol následne na základe podaného opravného prostriedku posudzovaný posudkovým lekárom sociálneho poistenia Sociálnej poisťovne - pobočky Galanta zo dňa 12.03.2014 a následne posudkovým lekárom Sociálnej poisťovne - ústredie dňa 17.06.2014, ktorí zotrvali na predchádzajúcom posúdení, k čomu žalovaná skonštatovala, že žalobkyňa ani v konaní o opravnom prostriedku nepreukázala, že jej zdravotný stav odôvodňuje vyššiu mieru poklesu schopnosti vykonávať zárobkovú činnosť v porovnaní so zdravou fyzickou osobou. Krajský súd v Trnave vytýčil na deň 25.08.2015 pojednávanie, ktoré odročil na neurčito s pokynom pre žalovanú o prehodnotenie zdravotného stavu žalobkyne s prihliadnutím na lekárske správy, ktoré táto predložila konajúcemu súdu a ktorými sa lekárska správa posudkového lekára nezaoberala. Na základe pokynu súdu bol vyhotovený posudkovým lekárom sociálneho poistenia Sociálnej poisťovne - ústredie posudok zo dňa 22.10.2015, v ktorom posudkový lekár zohľadnil aktuálny zdravotný stav žalobkyne a určil MPSVZČ v rozsahu 60 % . Rozhodujúcim zdravotným postihnutím pre priznanie invalidity žalobkyne je v posudku uvedené ochorenie Kapitola IV- Endokrinné choroby, poruchy výživy a premene látok, Položka 1 - cukrovka písm. c/ - ťažko kompenzovaná s opakovanými stavmi kolísania hodnôt glykémie s diabetickými komplikáciami - polyneuropatia v rozsahu 50% a iné zdravotné postihnutie, ktorým je zvýšená percentuálna miera o 10 % je St.p.OP HEIDI L 4/5, gonartrosis bilat. gr. II hypothyreóza na substitučnej liečbe a obezita tučnota. Na základe tohto posúdenia zdravotného stavu žalovaná vydala rozhodnutie č. XXX XXX XXXX X zo dňa 10.11.2015, podľa ktorého priznala žalobkyni invalidný dôchodok v sume 341,30 eur. Žalobkyňa k uvedenému uviedla, že s takýmto znaleckým posúdením a následným rozhodnutím o výške invalidného dôchodku sa nestotožňuje, pretože pri posudzovaní jej zdravotného stavu posudkový lekár ignoroval závažnosť jej ochorenia, napriek tomu, že je osobou, ktorá vyžaduje sprevádzajúcu osobu a bez akéhokoľvek odôvodnenia došlo pri lekárskom posúdení jej zdravotného stavu k zmene rozhodujúceho zdravotného postihnutia a určujúcej diagnózy, keď podľa predchádzajúcich lekárskych posudkov rozhodujúcim zdravotným postihnutím boli choroby podporného a pohybového aparátu, podľa predložených lekárskych správ má vážne zdravotné postihnutie pohybového aparátu, napriek tomu v poslednej lekárskej správe došlo ku zmene rozhodujúceho zdravotného postihnutia a zaradenie podľa Kapitoly IV - endokrinné poruchy, poruchy výživy a premeny látok, s ktorou nedôvodnou zmenou žalobkyňa nesúhlasí a z nálezu nie je zrejmé, na základe akých skutočností dospel posudkový lekár k takýmto záverom. Krajský súd v Trnave vytýčil na deň 25.02.2016 pojednávanie, na ktorom žalobkyňa zotrvala na svojich písomne podaných tvrdeniach a poukazovala na nedôvodnosť zmeny rozhodujúceho zdravotného postihnutia pre priznanie invalidity a žiadala rozhodnutie z dôvodu nepreskúmateľnosti, ktoré vychádza z naposledy vyhotoveného lekárskeho posudku zrušiť. Žalovaná v doplňujúcom vyjadrení zo dňa 12.11.2015 mala za to, že rozhodnutie, ktoré bolo vydané následne po opätovnom posúdení zdravotného stavu žalobkyne zo dňa 10.11.2015 je správne a žiadala ho potvrdiť. Krajský súd preskúmal napadnuté rozhodnutia, ako aj konania predchádzajúce ich vydaniu postupom podľa tretej hlavy piatej časti O.s.p. a dospel k záveru, že podané odvolanie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naň pripúšťajú, nadobudlo právoplatnosť. (3) Predmetom preskúmavania môže byť za podmienok ustanovených v ods. 1 a 2 aj rozhodnutie, proti ktorému zákon nepripúšťa opravný prostriedok, ak sa stalo právoplatným.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zák.č. 461/2003 Z.z. v znení neskorších predpisov,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153 zák. č. 461/2003 Z.z. o sociálnom poistení, (3) a/ lekárska posudková činnosť dôchodkového poistenia zahŕňa posudzovanie dlhodobo nepriaznivého zdravotného stavu a poklesu schopnosti vykonávať zárobkovú činnosť. Podľa § 195 zák.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196 zák.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 Organizačná zložka Sociálnej poisťovne môže ako dôkaz použiť výpoveď svedkov, ktorých pred výpoveďou poučí o ich povinnosti vypovedať pravdivo a nič nezamlčať a o právnych následkoch nepravdivej výpovede. (3) Organizačná zložka Sociálnej poisťovne môže ustanoviť znalca podľa osobitného predpisu, 96a) ak je na odborné posúdenie skutočností dôležitých pre rozhodnutie potrebný znalecký posudok. (4) Účastník konania, fyzická osoba alebo právnická osoba zúčastnená na konaní, ktorí majú listiny, ktoré môžu byť dôkazom, sú povinní na výzvu organizačnej zložky Sociálnej poisťovne tieto listiny predložiť. (5) Ako dôkaz možno použiť tlačené produkty alebo fotografické produkty výpočtovej techniky, mikrografickej techniky a inej podobnej techniky namiesto originálu listiny, podľa ktorého boli vyhotovené.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179 zák.č. 461/2003 Z.z. o sociálnom poistení (1) Do pôsobnosti ústredia patrí b) rozhodovať v druhom stupni vo veciach, o ktorých rozhodovať v prvom stupni patrí do pôsobnosti pobočky, c) riadiť a kontrolovať činnosť pobočiek, j) vykonávať lekársku posudkovú činnosť, (2) Ústredie vystupuje v mene Sociálnej poisťovne vo všetkých veciach patriacich do jeho pôsobnosti v konaní pred súdmi a orgánmi verejnej moci.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250q O.s.p. (2) O opravnom prostriedku rozhodne súd rozsudkom, ktorým preskúmané rozhodnutie buď potvrdí, alebo ho zruší a vráti na ďalšie konanie. Ustanovenie § 250j ods. 5 O.s.p. platí obdobne. Z obsahu pripojeného administratívneho spisu má súd preukázané, že žalobkyňa sa stala invalidnou dňom 21.08.2012 s MPSVZČ 45% podľa lekárskej správy zo dňa 10.10.2012, podľa ktorej rozhodujúcim zdravotným postihnutím bolo postihnutie zaradené do Kapitoly XV - Choroby podporného a pohybového aparátu, Oddiel E-dorzalgia, dorzopatia, Položka 4 - stavy po operácii chrbtice a medzistavcových platničiek, písmeno b - často recidivujúce prejavy nervového dráždenia . V súvislosti so zmenou zdravotného stavu a na základe konania o opravnom prostriedku, ktorý žalobkyňa podala proti rozhodnutiu žalovanej zo dňa 17.01.2014, bol jej zdravotný stav opätovne posúdený posudkovým lekárom sociálneho poistenia zo dňa 17.06.2014, výsledkom ktorého bolo priznanie invalidity v rozsahu 50 % pri rozhodujúcom zdravotnom postihnutí zaradenom stále v Kapitole XV - Choroby podporného a pohybového aparátu, oddiel E - dorzalgia, dorzopatia, položka 4 - stavy po operácii chrbtice a medzistavcových platničiek, písmeno b - často recidivujúce prejavy nervového dráždenia a k tomu iné zdravotné postihnutie, obezita - tučnota s BMI - 42, diabetes melitus závislý na inzulíne. Konajúci súd vzhľadom na lekárske nálezy, ktoré mu boli žalobkyňou predložené na pojednávaní konanom dňa 25.08.2015 požiadal žalovanú o prehodnotenie zdravotného stavu žalobkyne a jeho nové posúdenie. Na základe uvedeného pokynu súdu bolo vykonané doplnenie posúdenia zdravotného stavu žalobkyne a bol vyhotovený posudok zo dňa 22.10.2015, podľa ktorého bola síce žalobkyni zvýšená miera poklesu schopnosti vykonávať zárobkovú činnosť na 60 % oproti predtým 50 % určením , ktoré vychádzalo z posudku zo dňa 17.06.2014, avšak podľa tohto posúdenia došlo k zmene rozhodujúceho zdravotného postihnutia pôvodne zaradeného podľa Kapitoly XV, na Kapitolu IV a to bez toho, aby z uvedeného posúdenia bolo možné zistiť, na základe akých skutočností došlo k tejto zmene, či rozhodujúce ochorenie zaradené pod kapitolu XV. ustúpilo, nakoľko žalobkyňa poukazovala na lekárske nálezy z ktorých vyplýva, že jej ochorenie súvisiace s podporným a pohybovým aparátom, ktoré je zaradené práve v Kapitole XV. sa zhoršuje. Súd pri rozhodovaní o opravnom prostriedku podľa § 250l Os.p. má za to, že s poukazom na lekárske správy a posudky, nálezy výsledkom ktorých boli rozhodnutia napadnuté žalobkyňou, nie sú dostatočne odôvodnené, posudkový lekár nepostupoval spôsobom, výsledkom ktorého by bolo preskúmateľné posúdenie zdravotného stavu a zrozumiteľne vyjadrený dôvod, na základe ktorého došlo k zmene rozhodujúceho zdravotného postihnutia, ktoré je významné i z hľadiska posúdenia miery invalidity i do budúcna, z posudku zo dňa 22.10.2015 nie je zrejmé, či sa zdravotný stav žalobkyne zlepšil, alebo na základe akých skutočností táto zmena nastala. Podľa § 250j O.s.p.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 Vzhľadom na vyššie citované právne ustanovenie konajúci súd dospel k záveru, že zistenie stavu veci žalovanou je pre posúdenie nároku žalobkyne v spojení s dôvodmi jej odvolania relevantné. Rozhodnutie, ktoré napadla odvolaním a rozhodnutie následne vydané sú nedostačujúce, preto konajúci súd tak rozhodnutie žalovanej zo dňa 17.01.2014 a následne i rozhodnutie zo dňa 10.11.2015 podľa § 250j ods. 2 písm. c) a d) zrušil a vec jej vrátil na ďalšie konanie, v ktorom bude úlohou žalovanej zadovážiť si pre účely posúdenia zdravotného stavu žalobkyne dostatok podkladov, tieto zrozumiteľne vyhodnotiť a o veci opäť rozhodnúť. O nároku na náhradu trov konania súd rozhodol podľa § 250k O.s.p. v spojení s § 250l O.s.p., ale procesne úspešnej žalobkyni nárok na náhradu trov konania nepriznal, pretože tento nárok nežiadala. Poučenie: Proti tomuto rozhodnutiu odvolanie nie je prípustné.</w:t>
      </w:r>
    </w:p>
    <w:p/>
    <w:p>
      <w:r>
        <w:t>Zdroj: KAUZIS.SK – https://www.kauzis.sk/judikatura/r/ECLI:SK:KSTT:2016:2014200454.2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