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38Sp/41/2014 z 10. 1. 2016</w:t>
      </w:r>
    </w:p>
    <w:p>
      <w:r>
        <w:t>Rozsudok Krajského súdu Trnava z 10. januára 2016, sp. zn. 38Sp/41/2014, ECLI:SK:KSTT:2016:2014200509.2</w:t>
      </w:r>
    </w:p>
    <w:p>
      <w:r>
        <w:t>Súd: Krajský súd Trnava</w:t>
      </w:r>
    </w:p>
    <w:p>
      <w:r>
        <w:t>Spisová značka: 38Sp/41/2014</w:t>
      </w:r>
    </w:p>
    <w:p>
      <w:r>
        <w:t>ECLI: ECLI:SK:KSTT:2016:2014200509.2</w:t>
      </w:r>
    </w:p>
    <w:p>
      <w:r>
        <w:t>Dátum vydania: 10. 1. 2016</w:t>
      </w:r>
    </w:p>
    <w:p>
      <w:r>
        <w:t>Forma: Rozsudok</w:t>
      </w:r>
    </w:p>
    <w:p>
      <w:r>
        <w:t>Oblasť práva: Správne právo</w:t>
      </w:r>
    </w:p>
    <w:p>
      <w:pPr>
        <w:pStyle w:val="Heading2"/>
      </w:pPr>
      <w:r>
        <w:t>Text rozhodnutia</w:t>
      </w:r>
    </w:p>
    <w:p>
      <w:r>
        <w:t>Súd: Krajský súd Trnava Spisová značka: 38Sp/41/2014 Identifikačné číslo súdneho spisu: 2014200509 Dátum vydania rozhodnutia: 11. 01. 2016 Meno a priezvisko sudcu, VSÚ: JUDr. Ľubomír Bundzel ECLI: ECLI:SK:KSTT:2016:2014200509.2 ROZSUDOK V MENE SLOVENSKEJ REPUBLIKY Krajský súd v Trnave samosudcom JUDr. Ľubomírom Bundzelom v právnej veci navrhovateľa: POHOTOVOSŤ, s.r.o., sídlom Pribinova 25, 811 09 Bratislava, IČO: 35 807 598, proti odporcovi: Okresný úrad Hlohovec, Jarmočná 3, 920 01 Hlohovec, za účasti: O. K., nar. X.X.XXXX, trvale bytom G. XXXX/ XX, XXX XX G. o preskúmanie rozhodnutia Okresného úradu Hlohovec č. V 91/2012-4 zo dňa 19.5.2014, t a k t o r o z h o d o l : Krajský súd napadnuté rozhodnutie odporcu Okresného úradu Hlohovec, katastrálneho odboru číslo: V 91/2012-4 zo dňa 19.5.2014 p o t v r d z u j e . Navrhovateľovi sa náhrada trov konania nepriznáva. Navrhovateľ je povinný zaplatiť súdny poplatok za podanie návrhu vo výške 35 eur na účet tunajšieho súdu do troch dní po právoplatnosti tohto rozsudku. Účastníkovi konania O. K. súd nárok na náhradu trov konania nepriznáva. o d ô v o d n e n i e : Napadnutým rozhodnutím odporcu č. V 91/2012-4 zo dňa 19.5.2014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dňa 4.4.2011 je neplatná. Odporca v odôvodnení uviedol, že dohoda o splnomocnení je predtlačená, pričom zastupovanie účastníka (záložcu) pokiaľ ide o záložnú zmluvu, osobitne spôsob jeho vzniku, nie je vo svojej podstate vôbec odlišný od prípadov zastúpenia pri uzatváraní záložných zmlúv, ktorých vklad bol v minulosti zamietaný a tieto rozhodnutia boli súdmi potvrdzované. Podľa názoru odporcu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Nakoľko odporca dospel k záveru, že predmetná záložná zmluva je v dôsledku neplatnosti zastúpenia neplatná, návrh na vklad zamietol. Proti tomuto rozhodnutiu podal navrhovateľ opravný prostriedok, v ktorom žiadal napadnuté rozhodnutie zrušiť a vec vrátiť na ďalšie konanie. 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odporcu, že navrhovateľ vopred určil osobu, ktorá bude oprávnená za dlžníka konať a dlžník nemal možnosť sa sám rozhodnúť, kto ho bude zastupovať. Ďalej poukázal na to, že odporca pri vydaní napadnutého rozhodnutia nepostupoval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odporca nezistila spoľahlivo skutkový stav veci, riadne sa neoboznámil s predkladaným návrhom a znením jednotlivých príloh, následne nesprávne zistil skutkový stav a predmetné plnomocenstvo nesprávne právne posúdil.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 uzavrel dňa 4.4.2011 ako veriteľ zmluvu o úvere č. 203100810 s dlžníkom O.D.. Dlžník sa zaviazal splácať veriteľovi požičanú sumu v pravidelných mesačných splátkach. Na zabezpečenie záväzku vyplývajúceho z poskytnutého úveru uzatvorila O.D. ako záložca v zastúpení ProHelp - združenie občianskoprávnej pomoci s navrhovateľom zmluvu o zriadení záložného práva č. 05/2012-RAČ zo dňa 4.1.2012, predmetom ktorej bolo zriadenie záložného práva k nehnuteľnosti nachádzajúcej sa v kat. území G. na LV č. XXXX, parc. reg. E KN č. 1422/204, parc. reg. E KN č. 1422/205, rodinný dom súp.č. XXX na parc. reg. C KN č. 1876 v spoluvlastníckom podiele 1/1. Keďže predmetom záložného práva bola nehnuteľnosť, podal navrhovateľ návrh na vklad zmluvy o zriadení záložného práva do katastra nehnuteľností. Návrh podaný dňa 25.1.2012 odporca napadnutým rozhodnutím zamietol.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4.4.2011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V danom prípade je dôvodné pochybovať aj o tom, či dlžník mal možnosť zvoliť si sám svojho zástupcu. Za záložcu záložnú zmluvu podpísal splnomocnenec ProHelp - združenie občianskoprávnej pomoci, v zastúpení Z. A., predsedom združenia. Záložca podpísal dohodu o splnomocnení dňa 4.4.2011 a druhá strana ProHelp - združenie občianskoprávnej pomoci zastúpená predsedom združenia Z. A., až dňa 4.1.2012, pričom zmluva o zriadení záložného práva bola podpísaná tiež dňa 4.1.2012.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odporcu je v súlade so zákonom, a preto napadnuté rozhodnutie podľa § 250q ods. 2 O.s.p. potvrdil. O trovách konania súd rozhodol podľa § 246c ods. 1 O.s.p. v spojení s ustanovením § 142 ods. 1 O.s.p. a v konaní v celom rozsahu úspešnému odporcovi náhradu trov konania nepriznal, pretože tento si ich neuplatnil a z obsahu spisu nevyplýva, že by mu nejaké trovy v súvislosti s týmto konaním vznikli.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https://www.kauzis.sk/judikatura/r/ECLI:SK:KSTT:2016:2014200509.2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