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38Sp/42/2014 z 9. 2. 2016</w:t>
      </w:r>
    </w:p>
    <w:p>
      <w:r>
        <w:t>Uznesenie Krajského súdu Trnava z 9. februára 2016, sp. zn. 38Sp/42/2014, ECLI:SK:KSTT:2016:2014200514.3</w:t>
      </w:r>
    </w:p>
    <w:p>
      <w:r>
        <w:t>Súd: Krajský súd Trnava</w:t>
      </w:r>
    </w:p>
    <w:p>
      <w:r>
        <w:t>Spisová značka: 38Sp/42/2014</w:t>
      </w:r>
    </w:p>
    <w:p>
      <w:r>
        <w:t>ECLI: ECLI:SK:KSTT:2016:2014200514.3</w:t>
      </w:r>
    </w:p>
    <w:p>
      <w:r>
        <w:t>Dátum vydania: 9. 2. 2016</w:t>
      </w:r>
    </w:p>
    <w:p>
      <w:r>
        <w:t>Forma: Uznesenie</w:t>
      </w:r>
    </w:p>
    <w:p>
      <w:pPr>
        <w:pStyle w:val="Heading2"/>
      </w:pPr>
      <w:r>
        <w:t>Text rozhodnutia</w:t>
      </w:r>
    </w:p>
    <w:p>
      <w:r>
        <w:t>Súd: Krajský súd Trnava Spisová značka: 38Sp/42/2014 Identifikačné číslo súdneho spisu: 2014200514 Dátum vydania rozhodnutia: 10. 02. 2016 Meno a priezvisko sudcu, VSÚ: JUDr. Andrea Vyskočová ECLI: ECLI:SK:KSTT:2016:2014200514.3 Uznesenie Krajský súd v Trnave v právnej veci navrhovateľa: I. B., bytom M. XX, XXX XX H., proti odporcovi: Okresný úrad Piešťany, pozemkový a lesný odbor, so sídlom Krajinská cesta 5053/13, 921 01 Piešťany, za účasti: 1. F. K., bytom I. XXX/XX-XX, XXX XX U., 2. Y. B., bytom XXX XX M. XX, prechodne bytom XXX XX H. - T. I., W. XXXX/XX, 3. D. B., naposledy bytom I. XXX, XXX XX D., t. č. na neznámom mieste, zastúpená súdom ustanoveným opatrovníkom: Y. B., nar. XX.XX.XXXX, bytom XXX XX M. XX, prechodne bytom XXX XX H. - T. I., W. XXXX/XX, o preskúmanie zákonnosti rozhodnutia odporcu, t a k t o r o z h o d o l : I. Súd konanie z a s t a v u j e . II. Žiaden z účastníkov nemá právo na náhradu trov konania. o d ô v o d n e n i e : Opravným prostriedkom označeným ako ´´uplatnenie reštitučného nároku´´ doručeným odporcovi dňa 25.06.2014 k sp. zn. OU-PN-PLO-2014/000404 žiadal navrhovateľ preskúmať rozhodnutie odporcu zo dňa 05.05.2014, ktorým rozhodol, že navrhovateľ nie je oprávnenou osobou podľa § 2 ods. 2 zákona č. 503/2003 Z.z. o navrátení vlastníctva k pozemkom a zároveň rozhodol o nepriznaní vlastníckeho práva a ani práva na náhradu vo veci uplatneného reštitučného nároku na parc. č. 1729/27 a 1616/6 v k.ú. I. T. D.. Navrhovateľ v opravnom prostriedku uviedol, že trvá na vydaní predmetného pozemku. Ďalej uviedol, že preukazuje Rozhodnutie štátneho notárstva v Trnave D144C/75-10 / správne má byť uvedené D1448/75-10 / zo dňa 08.09.1975, v ktorom je ako predmet dedičstva aj pôda, ktorá je v užívaní socialistickej organizácie, ktorú podľa D-144C/75-10 zdedila po Y. O. nar. XX.XX.XXXX, zomrel dňa XX.XX.XXXX, právna nástupkyňa manželka F. O., rod. B., nar. XX.XX.XXXX, zomrela dňa XX.XX.XXXX, právnym nástupcom po smrti F. O. sa stal jej brat Ing. D. B., zomrel dňa XX.XX.XXXX, právnymi nástupcami po smrti Ing. D. B. sa stala jeho manželka I. B. a deti Ing. D. B., F. K., rod. B., I. B.. Ďalej uviedol, že na základe zmluvy zo dňa 21.11.1972 o odovzdaní pôdy Y. O. do užívania poľnohospodárskemu závodu socialistického sektoru JRD Moravany nad Váhom, ako aj na základe rozhodnutia D-144C/75-10 zo dňa 08.09.1975, v ktorom jeho manželka F. O. je dedičkou aj pôdy v užívaní socialistickej organizácie. Krajský súd v Trnave uznesením zo dňa 22.7.2015, č.k. 38 Sp/42/2014-53 ustanovil Y. B., nar. XX.XX.XXXX, bytom M. XX, XXX XX M., prechodne bytom H. - T. I., W. XXXX/XX, za opatrovníka účastníkovi konania: D. B., naposledy bytom I. XXX, XXX XX D., t. č. na neznámom mieste, na zastupovanie v konaní vedenom pod sp. zn. 38 Sp/42/2014. Navrhovateľ pred otvorením pojednávania dňa 10.02.2016 uviedol, že berie späť opravný prostriedok proti napadnutému rozhodnutiu zo dňa 05.05.2014 OU-PN-PLO-2014/000404 a žiada konanie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podľa § 244 ods. 1,2 O.s.p. a § 250l O.s.p. a zistil, že sú splnené podmienky na zastavenie konania o preskúmanie napadnutého rozhodnutia odporcu.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https://www.kauzis.sk/judikatura/r/ECLI:SK:KSTT:2016:2014200514.3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