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14S/176/2014 z 3. 2. 2016</w:t>
      </w:r>
    </w:p>
    <w:p>
      <w:r>
        <w:t>Rozsudok Krajského súdu Trnava z 3. februára 2016, sp. zn. 14S/176/2014, ECLI:SK:KSTT:2016:2014200720.3</w:t>
      </w:r>
    </w:p>
    <w:p>
      <w:r>
        <w:t>Súd: Krajský súd Trnava</w:t>
      </w:r>
    </w:p>
    <w:p>
      <w:r>
        <w:t>Spisová značka: 14S/176/2014</w:t>
      </w:r>
    </w:p>
    <w:p>
      <w:r>
        <w:t>ECLI: ECLI:SK:KSTT:2016:2014200720.3</w:t>
      </w:r>
    </w:p>
    <w:p>
      <w:r>
        <w:t>Dátum vydania: 3. 2. 2016</w:t>
      </w:r>
    </w:p>
    <w:p>
      <w:r>
        <w:t>Forma: Rozsudok</w:t>
      </w:r>
    </w:p>
    <w:p>
      <w:r>
        <w:t>Oblasť práva: Správne právo</w:t>
      </w:r>
    </w:p>
    <w:p>
      <w:pPr>
        <w:pStyle w:val="Heading2"/>
      </w:pPr>
      <w:r>
        <w:t>Text rozhodnutia</w:t>
      </w:r>
    </w:p>
    <w:p>
      <w:r>
        <w:t>Súd: Krajský súd Trnava Spisová značka: 14S/176/2014 Identifikačné číslo súdneho spisu: 2014200720 Dátum vydania rozhodnutia: 04. 02. 2016 Meno a priezvisko sudcu, VSÚ: JUDr. Pavol Laczo ECLI: ECLI:SK:KSTT:2016:2014200720.3 ROZSUDOK V MENE SLOVENSKEJ REPUBLIKY Krajský súd v Trnave v senáte zloženom z predsedu senátu JUDr. Pavla Lacza a členov senátu JUDr. Ľubomíra Bundzela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č.1100306/1/347746/2014/4779 zo dňa 30. júla 2014 takto r o z h o d o l : Súd napadnuté rozhodnutie žalovaného Finančného riaditeľstva Slovenskej republiky č.1100306/1/347746/2014/4779 zo dňa 30.7.2014 z r u š u j e podľa § 250j ods. 3 O.s.p. a vec mu vracia na ďalšie konanie. Žalovaný je povinný zaplatiť žalobcovi náhradu trov konania vo výške 70 eur za zaplatený súdny poplatok a trovy právneho zastúpenia vo výške 541,13 eur na účet právnej zástupkyne žalobcu JUDr. Ľubice Masárovej, č. účtu: XXXXXXXXXX/XXXX, vedenom v W. W., a.s., (H.: W XXXX XXXX XXXX XXXX XXXX, O.: J.) do 3 dní od právoplatnosti rozsudku. o d ô v o d n e n i e : Žalobou doručenou súdu dňa 09.10.2014 sa žalobca zastúpený advokátkou domáhal preskúmania zákonnosti rozhodnutia žalovaného č.1100306/1/347746/2014/4779 zo dňa 30.7.2014, ktorý postupom podľa ust. § 74 ods. 4 zák. č. 563/2009 Z. z. o správe daní a o zmene a doplnení niektorých zákonov (ďalej len „Daňový poriadok“) potvrdil rozhodnutie Daňového úradu Trnava č. 9211401/5/540568/2014 zo dňa 10.2.2014 o vyrubení rozdielu dane vo výške 12.235,71 eur na dani z pridanej hodnoty za zdaňovacie obdobie október 2008,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P. E.,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P. E.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LAKY, s.r.o. žalobca poukázal na výpoveď konateľa spoločnosti Ladislava Kižnanského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V. K.,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oktober 2008,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odpočítanie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J. S.,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LAKY, s.r.o. kontaktoval J. S. a spolu sa dňa 14.02.2014 dostavili ku správcovi dane, kedy mal J. S. k dispozícii doklady spoločnosti LAKY,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LAKY, s.r.o. špecifikovaných v rozhodnutí žalovaného považuje za nezákonné, ktoré vychádza z nedostatočne zisteného skutkového stavu a nesprávneho právneho posúdenia veci, pri ktorom žalovaný nerešpektoval záväzný výklad Súdneho dvora EÚ o výklade čl. 167, čl.168 písm. a), čl.178 písm. a) a čl.273 Smernice 2006/112. . K nepriznaniu práva na odpočítanie dane z dodávateľských faktúr od dodávateľa REAL KOMPLEX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REAL KOMPLEX s.r.o. ako dodávateľ si neplní svoje daňové povinnosti. Žalovaný ani v tomto prípade nepreukázal, že žalobca disponoval informáciou, podľa ktorej mohol predpokladať vznik nezákonnosti na strane jeho dodávateľa. Okrem toho žalobca namietal, že mu neboli predložené všetky doklady t. j. celý kompletný materiál s ktorým nemal možnosť oboznámiť sa.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zo dňa 15.12.2014, doručeným súdu dňa 23.12.2014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LAKY, 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LAKY, s.r.o. a REAL KOMPLEX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S.alovaný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nariadil podľa ust. § 244 ods. 1 O.s.p. v spojení s § 247 a nasl. O.s.p. vo veci pojednávanie, ktorého sa zúčastnil žalobca a jeho právna zástupkyňa, ktorých k veci vypočul. Právna zástupkyňa žalobcu na pojednávaní konanom dňa 14.1.2016 uviedla, že sa pridržiava v plnom rozsahu písomne podanej žaloby a dôvodov v nej uvedených. Poukázala na to, že čo sa týka vyjadrenia žalovaného, tak v súvislosti s procesnou námietkou ktorú uviedla, že sa neuskutočnilo so žalobcom prvostupňové konanie tým, že daňový úrad neprihliadol na námietky žalobcu proti protokolu, čo odôvodnil ust. § 14 ods. 1 Daňového poriadku, poukázala na § 13 Daňového poriadku, ktorý nespája v súvislosti s listinnou formou podania jeho neplatnosť tohto podania ako takého. Poukázala, že v danom prípade bolo porušované ústavou garantované právo žalobcu na spravodlivý proces, keď podľa jej názoru v súvislosti s výkladom § 13 a § 14 Daňového poriadku, kedy daňový úrad pri nepredložení podania zo strany daňového subjektu formou určujúcou v § 14 ods. 1 Daňového poriadku je povinný vyzvať daňový subjekt na doplnenie takéhoto podania. Poukázala aj na to, že v súvislosti s retroaktivitou táto je v oblasti správneho práva prípustná ak je v prospech subjektu ktorého právo bolo porušené. Podľa jej názoru takýto výklad ust. § 14 si vyžadoval postup aj v čase keď podal žalobca námietky voči protokolu, teda ešte pred účinnosťou nového zákona. V súvislosti s námietkou týkajúcou sa zaujatosťou osôb ktoré mohli ovplyvňovať priebeh daňovej kontroly, predložila súdu organizačnú štruktúru Finančného riaditeľstva SR, z ktorej je zrejmé, že spomenuté osoby mohli zasahovať do rozhodovania, navyše osoba plk.Ing.E. je osobou ktorá priamo riadi odbor boja proti daňovým podvodom a keď sa táto osoba vyjadrovala v tlači, tak táto osoba mala byť vylúčená z rozhodovacieho procesu. V súvislosti s námietkou nedodržania lehoty na vykonanie daňovej kontroly poukázala jednak na skutočnosť, že po prerušení daňovej kontroly robil daňový úrad ďalšie úkony a zároveň túto námietku spojila aj s námietkou manipulovania s daňovým spisom a nepredložením kompletného spisu žalobcovi. V tejto súvislosti poukázala na rozsudok NS SR č. 1Sžp 1/2010, ktorý sa dotýka práva účastníka byť informovaný a pod týmto sa rozumie právo účastníka nahliadať do spisu ktorý tvorí chronologicky usporiadaný celok. Ďalej poukázala že dňa 4.12.2013 ešte pred vydaním protokolu žalobca požadoval predloženie určitých listín, na čo mu daňový úrad oznámil, že tieto listiny sa v spise nachádzajú, ale neboli mu predložené. Predložila súdu zápisnicu z ústneho pojednávania zo dňa 18.9.2014, ktorá potvrdzuje, že ani súdu nebol predložený kompletný spisový materiál, keďže v tejto zápisnici sa nachádza zoznam dokladov tvoriaci spis daňového subjektu, pričom ak porovnáme tieto doklady s obsahom predloženého spisu, je zrejmé že spis všetky tieto doklady neobsahuje. V súvislosti s námietkou nesprávne zisteného skutkového stavu je zrejmé, že daňový úrad namieta spornosť faktúr od dvoch dodávateľov. Pokiaľ ide o spoločnosť LAKY s.r.o., daňový úrad po viac ako jeden a pol roku konštatuje fiktívnosť sídla tejto spoločnosti v súvislosti s tým, že táto spoločnosť len zmenila toto sídlo. Poukázala na to, že v celom rozhodnutí žalovaného sa spomína, že dodávateľ neuniesol dôkazné bremeno a teda nepriznané právo žalobcovi bolo z dôvodu spornosti dodávateľa. K tomuto tvrdeniu daňový úrad došiel na základe jediného argumentu, že tovar bol dodávaný žalobcovi českými kamiónmi, teda priamo žalobcovi, v tejto súvislosti poukázala na rozhodnutia Súdneho dvora č. C 245/04, C 430/09 ako aj nové rozhodnutie ktoré nemali k dispozícii pri podaní žaloby, keďže bolo vydané až v októbri 2015 - č. C 277/14, pričom tieto rozhodnutia sa zaoberali reťazovými obchodmi, kedy medzi viacerými dodávateľmi sa uskutočnila len jedna preprava. V súvislosti s rozhodnutím Súdneho dvora č. C 277/14 dáva do pozornosti bod 35. Zároveň toto rozhodnutie predložila súdu. Poukázala ďalej na to, že výsluchom konateľa spoločnosti LAKY s.r.o. bolo potvrdené dodanie tovaru žalobcovi ako aj to, že žalobca za tento tovar riadne zaplatil. Žalobca nikdy nerokoval s českými spoločnosťami, ani nevedel ktoré české spoločnosti sú zapojené v tomto reťazci a teda nešlo o umelú transakciu. Poukázala aj na tom že majú vedomosť o tom, že v súvislosti so spoločnosťou LAKY s.r.o. boli vykonané daňové kontroly aj u iných daňových subjektov. Skonštatovala, že z dôvodu zachovania daňového tajomstva, nemôže dôkazy ohľadne týchto skutočností predkladať, nezákonnosť rozhodnutia žalovaného vidí aj v tom, že žalobcovi nebola umožnená účasť na výsluchoch. Pokiaľ ide o úradné záznamy ktoré sa nachádzajú v spisovom materiáli, na ktoré žalovaný poukazuje, že žalobca bol viackrát telefonicky volaný a mal sa vyjadriť, že nemá záujem sa zúčastniť týchto výsluchov, tak tieto sa nezakladajú na pravde, boli dodatočne vypracované, tak isto nie je pravdivé ani tvrdenie že svedka S. predviedla polícia, tento bol totiž vypočutý v iný deň ako bol určený daňovým úradom a výsluch bol vykonaný na základe dohody medzi daňovým úradom a týmto svedkom. Bolo teda povinnosťou daňového úradu informovať žalobcu o tomto výsluchu a umožniť mu sa tohto úkonu zúčastniť. V súvislosti s dodávateľom Real komplex s.r.o. poukázala na to, že spochybnení konatelia ktorí mali byť podľa tvrdenia správcov dane bezdomovcami sú konateľmi riadne zapísaní v Obchodnom registri ako štatutárni zástupcovia spoločnosti a okrem toho žalobca konal pri všetkých obchodných transakciách s p. B., ktorý zastupoval v jednaniach Real komplex s.r.o., hoci nebol jej štatutárnym zástupcom. Táto osoba bola žalobcovi známa, keďže sa jedná o otca vnučky žalobcu. Ak daňové orgány vychádzali z výsledkov trestného konania, došlo k prezumovaniu viny žalobcu a k porušeniu čl.50 Ústavy. Poznamenala, že daňové orgány brali len účelovo z trestného spisu tie výsluchy a tie dôkazy ktoré im vyhovovali a okrem toho je nepochopiteľné ako mohli daňové orgány vedieť presné čísla jednotlivých dôkazov výsluchov s presným označením čísla listov. Na záver uviedla, že žiada aby súd napadnuté rozhodnutie zrušil ako nezákonné. Žalovaný sa na pojednávanie nedostavil, hoci mal doručenie riadne vykázané a lehotu na prípravu na pojednávanie zachovanú, preto súd konal v jeho neprítomnosti. Žalobca Alojz Horváth na pojednávaní uviedol, že koncom roka 2013 spoločne s p. S. a advokátom JUDr. Z. bol na Daňovom úrade v Galante priamo za riaditeľom, keďže ľudia vykonávajúci u neho daňovú kontrolu tam neboli. P. S. doniesol všetky doklady - kontrolné výkazy, avšak tieto boli zo strany daňového úradu odmietnuté prevziať z dôvodu, že nie sú na daňovom úrade dotyční ľudia ktorí vykonávajú daňovú kontrolu.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október 2008 vo výške 12.235,71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október 2008 žalobcovi nevzniklo právo na odpočítanie dane z tovarov kúpených v tuzemsku, a to vo vzťahu k spoločnosti LAKY, s.r.o. a vo vzťahu k spoločnosti REAL KOMPLEX s.r.o. , v súhrne 12.235,71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9211401/5/540568/2014 podľa ust. 68 ods. 5 Daňového poriadku Rozhodnutie o vyrubení rozdielu dane, ktorým vyrubil dňovému subjektu - žalobcovi rozdiel dane v sume 12.235,71 eur na dani z pridanej hodnoty za zdaňovacie obdobie október 2008. Žalobca podal proti rozhodnutiu o vyrubení rozdielu dane odvolanie, v ktorom namietal rešpektovanie maximálnej dĺžky daňovej kontroly, vo vzťahu k spoločnosti LAKY, s.r.o. uviedol, že v čase, kedy s touto spoločnosťou obchodoval (obdobie roku 2009), táto nemala sídlo v Tvrdošíne (od 08.06.2010), ale v Seredi (od 08.11.2006 do 07.06.2010), a teda argumentáciu správcu dane o tom, že spoločnosť nekomunikuje so správcom dane a je vo svojom sídle (Tvrdošín) nekontaktná považuje vzhľadom na uskutočnené obchodné aktivity v roku 2009 za irelevantnú. K výsluchu svedka J. S. namietal porušenie práva klásť svedkovi otázky pri ústnom pojednávaní, nakoľko k výsluchu nebol prizvaný, čím a správca dane porušil ust. § 45 ods. 1 písm. e) Daňového poriadku. K povinnosti preverovať svojich dodávateľov poukázal na judikatúru Súdneho dvora EÚ (C-642/11, body 49 a 50, C-324/11, bod 43 a spojené veci C-80/11 a C-142/11, body 61 a 65). Žalobca popieral, že by sa zúčastnil, resp. mal vedomosť o tom, že sa zúčastňuje na plnení, ktoré je súčasťou podvodu, pričom mal za to, že správca dane uvedenú skutočnosť žiadnym spôsobom nepreukázal. Vo vzťahu k spoločnosti REAL KOMPLEX s.r.o. žalobca uviedol, že spoločnosťou dodaný a vo faktúrach deklarovaný tovar nakúpil, a následne z nákupu si uplatnil odpočítanie dane, osoby, ktoré predmetný tovar doviezli nepreveroval, nebolo jeho povinnosťou preverovať účtovné a iné doklady dodávateľa, nakoľko by to bolo v rozpore tak s Obchodným zákonníkom ako aj zákonom o ochrane osobných údajov. V závere taktiež poukázal na už skôr označené rozhodnutia Súdneho dvora EÚ (C-80/11 a C- 142/11, body 61 a 65, C-324/11, bod 43 a C-642/11) a navrhol odvolaním napadnuté prvostupňové rozhodnutie zrušiť. Žalovaný rozhodnutím č. 1100306/1/347746/2014/4779 zo dňa 30.07.2014 postupom podľa ust. § 74 ods. 4 Daňového poriadku rozhodnutie Daňového úradu Trnava o vyrubení rozdielu dane vydanom pod č. 9211401/5/540568/2014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a REAL KOMPLEX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a REAL KOMPLEX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síce v predmetnej veci nariadil pojednávanie aj keď postup v zmysle § 250j ods. 3 O.s.p. umožňuje, aby rozhodol vo veci bez pojednávania a to aj napriek tomu, že námietka nekompletného spisu bola obsahom žalobného dôvodu. V tejto súvislosti krajský súd musí konštatovať, že išlo o námietku resp. o tvrdenie žalobcu ktoré nebolo predložené relevantným dôkazom v čase podania žaloby, ale až následne na pojednávaní dňa 14.1.2016, keď právna zástupkyňa žalobcu predložila súdu zápisnicu o ústnom pojednávaní zo dňa 18.9.2014, ktorá sa týkala ústneho pojednávania, ktorého sa zúčastnila za žalobcu splnomocnená zástupkyňa W. V. a za daňový úrad Ing. I. I. a Ing. H. B.,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vo výške 611,13 eur spočívajúce v zaplatenom súdnom poplatku vo výške 70 eur a v trovách právneho zastúpenia vo výške 541,13 eur. Trovy právneho zastúpenia pozostávali z troch právnych úkonov - príprava a prevzatie zastupovania 134 eur + režijný paušál 8,04 eur, spísanie žaloby 134 eur + režijný paušál 8,04 eur, účasť na pojednávaní dňa 14.1.2016 suma 143 eur + režijný paušál 8,58 eur celkovo 435,66 eur. Ďalej súd priznal právnej zástupkyni žalobcu aj cestovné vo výške 3,84 eur a náhradu za stratu času vo výške 11,44 eur. Celková suma trov právneho zastúpenia predstavuje sumu 450,94 eur bez DPH, keďže právna zástupkyňa žalobcu preukázala, že je platcom DPH bola jej priznaná aj 20% DPH zo sumy 450,94 eur a to suma 90,19 eur. Celkové trovy právneho zastúpenia s DPH predstavujú sumu 541,13 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Proti výroku o náhrade trov konania je možné podať odvolanie v lehote 15 dní odo dňa doručenia cestou tunajšieho súdu na Najvyšší súd SR.</w:t>
      </w:r>
    </w:p>
    <w:p/>
    <w:p>
      <w:r>
        <w:t>Zdroj: KAUZIS.SK – https://www.kauzis.sk/judikatura/r/ECLI:SK:KSTT:2016:2014200720.3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