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14S/180/2014 z 2. 3. 2016</w:t>
      </w:r>
    </w:p>
    <w:p>
      <w:r>
        <w:t>Rozsudok Krajského súdu Trnava z 2. marca 2016, sp. zn. 14S/180/2014, ECLI:SK:KSTT:2016:2014200724.2</w:t>
      </w:r>
    </w:p>
    <w:p>
      <w:r>
        <w:t>Súd: Krajský súd Trnava</w:t>
      </w:r>
    </w:p>
    <w:p>
      <w:r>
        <w:t>Spisová značka: 14S/180/2014</w:t>
      </w:r>
    </w:p>
    <w:p>
      <w:r>
        <w:t>ECLI: ECLI:SK:KSTT:2016:2014200724.2</w:t>
      </w:r>
    </w:p>
    <w:p>
      <w:r>
        <w:t>Dátum vydania: 2. 3. 2016</w:t>
      </w:r>
    </w:p>
    <w:p>
      <w:r>
        <w:t>Forma: Rozsudok</w:t>
      </w:r>
    </w:p>
    <w:p>
      <w:r>
        <w:t>Oblasť práva: Správne právo</w:t>
      </w:r>
    </w:p>
    <w:p>
      <w:pPr>
        <w:pStyle w:val="Heading2"/>
      </w:pPr>
      <w:r>
        <w:t>Text rozhodnutia</w:t>
      </w:r>
    </w:p>
    <w:p>
      <w:r>
        <w:t>Súd: Krajský súd Trnava Spisová značka: 14S/180/2014 Identifikačné číslo súdneho spisu: 2014200724 Dátum vydania rozhodnutia: 03. 03. 2016 Meno a priezvisko sudcu, VSÚ: JUDr. Pavol Laczo ECLI: ECLI:SK:KSTT:2016:2014200724.2 ROZSUDOK V MENE SLOVENSKEJ REPUBLIKY Krajský súd v Trnave v senáte zloženom z predsedu senátu JUDr. Pavla Lacza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č.1100306/1/347768/2014/4779 zo dňa 30.7.2014 takto r o z h o d o l : Súd napadnuté rozhodnutie žalovaného Finančného riaditeľstva Slovenskej republiky č.1100306/1/347768/2014/4779 zo dňa 30.7.2014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Ľubice Masárovej, č. účtu: XXXXXXXXXX/XXXX, vedenom v P. P., a.s., (I.: P XXXX XXXX XXXX XXXX XXXX, Q.: C.) do 3 dní od právoplatnosti rozsudku. o d ô v o d n e n i e : Žalobou doručenou súdu dňa 09.10.2014 sa žalobca zastúpený advokátkou domáhal preskúmania zákonnosti rozhodnutia žalovaného č.1100306/1/347768/2014/4779 zo dňa 30.7.2014, ktorý postupom podľa ust. § 74 ods. 4 zák. č. 563/2009 Z. z. o správe daní a o zmene a doplnení niektorých zákonov (ďalej len „Daňový poriadok“) potvrdil rozhodnutie Daňového úradu Trnava, pobočka Galanta č.9211401/5/540910/2014 zo dňa 10.2.2014 o vyrubení rozdielu dane vo výške 11.014,14 eur na dani z pridanej hodnoty za zdaňovacie obdobie február 2009,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R. N.,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R. N.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U. M.,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jún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C. B.,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C. B. a spolu sa dňa 14.02.2014 dostavili ku správcovi dane, kedy mal C. B.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zo dňa 8.12.2014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B.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február 2009 vo výške 11.014,14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február 2009 žalobcovi nevzniklo právo na odpočítanie dane z tovarov kúpených v tuzemsku, a to vo vzťahu k spoločnosti LAKY, s.r.o., a vo vzťahu k spoločnosti REAL KOMPLEX s.r.o. , v súhrne 11.014,14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č.9211401/5/540910/2014 podľa ust. 68 ods. 5 Daňového poriadku Rozhodnutie o vyrubení rozdielu dane, ktorým vyrubil dňovému subjektu - žalobcovi rozdiel dane v sume 11.014,14 eur na dani z pridanej hodnoty za zdaňovacie obdobie február 2009. Žalobca podal proti rozhodnutiu o vyrubení rozdielu dane odvolanie. Žalovaný rozhodnutím č. 1100306/1/347768/2014/4779 zo dňa 30.07.2014 postupom podľa ust. § 74 ods. 4 Daňového poriadku rozhodnutie Daňového úradu Trnava, pobočka Galanta o vyrubení rozdielu dane vydanom pod č. 9211401/5/540910/2014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V tejto súvislosti krajský súd musí konštatovať, že išlo o námietku resp. o tvrdenie žalobcu ktoré nebolo predložené relevantným dôkazom v čase podania žaloby, ale až následne na pojednávaní dňa 14.1.2016 (vo veci vedenej na t.s. sp.zn.14S 172/2014), keď právna zástupkyňa žalobcu predložila súdu zápisnicu o ústnom pojednávaní zo dňa 18.9.2014, ktorá sa týkala ústneho pojednávania, ktorého sa zúčastnila za žalobcu splnomocnená zástupkyňa P. U. a za daňový úrad Ing. A. A. a Ing. I. F.,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70,-eur a v trovách právneho zastúpenia vo výške 340,90 eur. Trovy právneho zastúpenia pozostávali z 2 právnych úkonov - príprava a prevzatie zastupovania 134,-eur + režijný paušál 8,04 eur, spísanie žaloby 134,-eur + režijný paušál 8,04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