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20S/76/2014 z 18. 1. 2016</w:t>
      </w:r>
    </w:p>
    <w:p>
      <w:r>
        <w:t>Rozsudok Krajského súdu Trnava z 18. januára 2016, sp. zn. 20S/76/2014, ECLI:SK:KSTT:2016:2014200733.2</w:t>
      </w:r>
    </w:p>
    <w:p>
      <w:r>
        <w:t>Súd: Krajský súd Trnava</w:t>
      </w:r>
    </w:p>
    <w:p>
      <w:r>
        <w:t>Spisová značka: 20S/76/2014</w:t>
      </w:r>
    </w:p>
    <w:p>
      <w:r>
        <w:t>ECLI: ECLI:SK:KSTT:2016:2014200733.2</w:t>
      </w:r>
    </w:p>
    <w:p>
      <w:r>
        <w:t>Dátum vydania: 18. 1. 2016</w:t>
      </w:r>
    </w:p>
    <w:p>
      <w:r>
        <w:t>Forma: Rozsudok</w:t>
      </w:r>
    </w:p>
    <w:p>
      <w:r>
        <w:t>Oblasť práva: Správne právo</w:t>
      </w:r>
    </w:p>
    <w:p>
      <w:pPr>
        <w:pStyle w:val="Heading2"/>
      </w:pPr>
      <w:r>
        <w:t>Text rozhodnutia</w:t>
      </w:r>
    </w:p>
    <w:p>
      <w:r>
        <w:t>Súd: Krajský súd Trnava Spisová značka: 20S/76/2014 Identifikačné číslo súdneho spisu: 2014200733 Dátum vydania rozhodnutia: 19. 01. 2016 Meno a priezvisko sudcu, VSÚ: JUDr. Róbert Foltán ECLI: ECLI:SK:KSTT:2016:2014200733.2 ROZSUDOK V MENE SLOVENSKEJ REPUBLIKY Krajský súd v Trnave v senáte zloženom z predsedu senátu JUDr. Róberta Foltána a sudcov JUDr.Boženy Husárovej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č.1100306/1/348515/2014/4779 zo dňa 31. júla 2014 takto r o z h o d o l : Súd napadnuté rozhodnutie žalovaného č. 1100306/1/348515/2014/4779 zo dňa 31.7.2014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545,72 eur, všetko do 3 dní od právoplatnosti tohto rozsudku. o d ô v o d n e n i e : Žalobca sa v konaní domáhal preskúmania zákonnosti rozhodnutia žalovaného č.1100306/1/348515/2014/4779 zo dňa 31.7.2014, ktorým bolo podľa ust. § 74 ods. 4 zák. č. 563/2009 Z. z. o správe daní a o zmene a doplnení niektorých zákonov (ďalej len „Daňový poriadok“) potvrdené rozhodnutie Daňového úradu Trnava č. 9211401/5/541522/2014 zo dňa 10.2.2014 o vyrubení rozdielu dane vo výške 9330,25 eur na dani z pridanej hodnoty za zdaňovacie obdobie júl 2011,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R. N.,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R. N.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C. B.,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Žalobca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B.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ods.1 O.s.p. prejednal vec podľa § 250g O.s.p. na pojednávaní v neprítomnosti žalovaného, ktorý sa pojednávania nezúčastnil napriek včasnému doručeniu predvolania a nepožiadal o jeho odročenie z dôležitého dôvodu. Žalobca v konaní zotrval na svojej argumentácii uvedenej v obsahu žaloby, predložil súdu opis článku s názvom „Špinavý obchod s mäsom ?“ publikovaný dňa 23.11.2014, organizačnú štruktúru Finančného riaditeľstva SR, ako aj zápisnicu o ústnom pojednávaní zo dňa 18.9.2014, s tým, že táto obsahuje zoznam dokladov tvoriacich spis daňového orgánu. Poukazoval na to, že v predmetnom spise absentujú aj úradné záznamy, ktoré boli žalovaným vyhotovené na preukázanie informovania žalobcu o výsluchu svedka B., zápisnice z 19.4.2014, rovnako ako vyjadrenie žalobcu k protokolu z daňovej kontroly a ďalšie doklady uvedené v zozname dokladov.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9211401/5/541522/2014 podľa ust. 68 ods. 5 Daňového poriadku Rozhodnutie o vyrubení rozdielu dane, ktorým vyrubil dňovému subjektu - žalobcovi rozdiel dane v sume 9330,25 eur na dani z pridanej hodnoty za zdaňovacie obdobie júl 2011,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1100306/1/348515/2014/4779 zo dňa 31.07.2014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troch úkonoch zastupujúcej advokátky /prevzatie a príprava zastúpenia, podanie žaloby, účasť na pojednávaní/ s tarifnou odmenou 2x134 eur a 1x143 eur, s paušálnymi náhradami výdavkov 2x8,04 eur a 1x 8,58 eur, s náhradou cestovných výdavkov za použitia osobného motorového vozidla 4,81 eur , náhradou za stratu času 14,30 eur /cestovné výdavky a náhrada stratu času uplatnená v rozsahu 1/4 vzhľadom na zúčastnenie sa štyroch pojednávaní konajúceho súdu dňa 19.1.2016/ a DPH v celkovej výške 90,95 eur. Toto rozhodnutie senát Krajského súdu v Trnave prijal pomerom hlasov 2:1 (§ 3 ods.9 zák. č. 757/2004 Z.z. v znení zákona č. 33/2011 Z.z.).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