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14S/186/2014 z 10. 2. 2016</w:t>
      </w:r>
    </w:p>
    <w:p>
      <w:r>
        <w:t>Rozsudok Krajského súdu Trnava z 10. februára 2016, sp. zn. 14S/186/2014, ECLI:SK:KSTT:2016:2014200735.2</w:t>
      </w:r>
    </w:p>
    <w:p>
      <w:r>
        <w:t>Súd: Krajský súd Trnava</w:t>
      </w:r>
    </w:p>
    <w:p>
      <w:r>
        <w:t>Spisová značka: 14S/186/2014</w:t>
      </w:r>
    </w:p>
    <w:p>
      <w:r>
        <w:t>ECLI: ECLI:SK:KSTT:2016:2014200735.2</w:t>
      </w:r>
    </w:p>
    <w:p>
      <w:r>
        <w:t>Dátum vydania: 10. 2. 2016</w:t>
      </w:r>
    </w:p>
    <w:p>
      <w:r>
        <w:t>Forma: Rozsudok</w:t>
      </w:r>
    </w:p>
    <w:p>
      <w:r>
        <w:t>Oblasť práva: Správne právo</w:t>
      </w:r>
    </w:p>
    <w:p>
      <w:pPr>
        <w:pStyle w:val="Heading2"/>
      </w:pPr>
      <w:r>
        <w:t>Text rozhodnutia</w:t>
      </w:r>
    </w:p>
    <w:p>
      <w:r>
        <w:t>Súd: Krajský súd Trnava Spisová značka: 14S/186/2014 Identifikačné číslo súdneho spisu: 2014200735 Dátum vydania rozhodnutia: 11. 02. 2016 Meno a priezvisko sudcu, VSÚ: JUDr. Ľubomír Bundzel ECLI: ECLI:SK:KSTT:2016:2014200735.2 ROZSUDOK V MENE SLOVENSKEJ REPUBLIKY Krajský súd v Trnave v senáte zloženom z predsedu senátu JUDr. Ľubomíra Bundzela a členov senátu JUDr. Pavla Lacza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č.1100306/1/348519/2014/4779 zo dňa 31. júla 2014 jednohlasne takto r o z h o d o l : Súd rozhodnutie žalovaného č. 1100306/1/348519/2014/4779 zo dňa 31.7.2014 z r u š u j e podľa § 250j ods. 3 O.s.p. a vec vracia žalovanému na ďalšie konanie. Žalovaný je povinný zaplatiť žalobcovi na trovách konania sumu vo výške 70 eur za zaplatený súdny poplatok a trovy právneho zastúpenia vo výške 340,90 eur na účet právnej zástupkyne žalobcu JUDr. Ľubice Masárovej, č. účtu: XXXXXXXXXX/XXXX, vedenom v Y. Y., a.s., (Z.: Y XXXX XXXX XXXX XXXX XXXX, U.: S.) do troch dní po jeho právoplatnosti . o d ô v o d n e n i e : Žalobou doručenou súdu dňa 14.10.2014 sa žalobca zastúpený advokátkou domáhal preskúmania zákonnosti rozhodnutia žalovaného č.1100306/1/348519/2014/4779 zo dňa 31.7.2014, ktorý postupom podľa ust. § 74 ods. 4 zák. č. 563/2009 Z. z. o správe daní a o zmene a doplnení niektorých zákonov (ďalej len „Daňový poriadok“) potvrdil rozhodnutie Daňového úradu Trnava č. 9211401/5/541530/2014 zo dňa 10.2.2014 o vyrubení rozdielu dane vo výške 9 279,75 eur na dani z pridanej hodnoty za zdaňovacie obdobie august 2011, vydané podľa § 68 ods. 5 Daňového poriadku. 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 O výsledku daňovej kontroly bol vyhotovený Protokol č. 9211401/5/5397928/2013 zo dňa 4.12.2013, ktorý bol doručený splnomocnenému zástupcovi žalobcu spolu s výzvou zo dňa 9.12.2013 na vyjadrenie sa. Po doručení Protokolu splnomocnený zástupca žalobcu podal námietky zo dňa 08.01.2014, na ktoré ale správca dane neprihliadol a podaním označením ako oznámenie č. 9211401/5/214830/2014/Sme zo dňa 20.1.2014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 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 Za porušenie práva na spravodlivé konanie garantovaného čl. 48 ods. 2 Ústavy SR označil žalobca aj skutočnosť, že v jeho veci nerozhodoval nestranný a objektívny orgán, čím bolo porušené ust. § 60 ods. 1 a 2 Daňového poriadku, pretože verejné výroky plk. Ing. D. A.,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D. A.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 Ďalej žalobca namietal nerešpektovanie maximálnej dĺžky trvania daňovej kontroly (začatá dňa 23.5.2012), ktorá bola prerušená od 12.4.2013,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 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 V súvislosti s nepriznaním práva na odpočítanie dane z dodávateľských faktúr vystavených dodávateľom LK IMPOEXPO, s.r.o., žalobca poukázal na výpoveď konateľa spoločnosti Ladislava Kižnanského (konateľ spoločnosti v dotknutom zdaňovacom období), ktorý potvrdil, že žalobcovi dodal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LK IMPOEXPO, s.r.o., ktorou bol R. Q., ktorý pri výsluchu uvedené skutočnosti týkajúce sa spolupráce medzi dodávateľom LK IMPOEXPO, s.r.o. a žalobcom potvrdil. Žalobca vyjadril nesúhlas s tvrdením správcu dane, podľa ktorého žalobca neuniesol dôkazné bremeno týkajúce sa splnenia podmienky nároku na odpočítanie dane v zmysle ust. § 49 ods. 2 písm. a) v nadväznosti na § 51 ods. 1 písm. a) zákona o dani z pridanej hodnoty ako aj s tvrdením, že žalobca nekonal v dobrej viere, keď neprijal všetky potrebné opatrenia na uistenie sa toho, že svojou účasťou na zdaniteľnom plnení sa nezúčastní podvodného konania. Správca dane pochybil, keď k vyššie uvedeným záverom dospel iba na základe zistenia, že spoločnosť LK IMPOEXPO, s.r.o. nepredložila správcovi dane pri daňovej kontrole svoje účtovné doklady a súčasne správca dane vyhodnotil konanie zástupcov uvedenej spoločnosti, ktorí pri daňovej kontrole spoločnosti LK IMPOEXPO, s.r.o. opakovane prisľúbili predloženie dokladov, avšak tak neurobili, ako úmyselné s cieľom získať čas, kým bremeno tejto povinnosti neprenesú na nového konateľa - bulharského občana, od ktorého bude už minimálna šanca doklady získať. Z toho dôvodu,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podmienky požadované Smernicou 2006/112 tak, ako ich definoval Súdny dvor EÚ vo svojich rozhodnutiach, a tak dôkazné bremeno preukázania, že žalobca vedel alebo mal vedieť, že plnenia, ktoré sú predmetom sporu sú dotknuté daňovým podvodom sa v plnom rozsahu, presúva na daňové orgány, ktoré sú povinné predložiť konkrétne indície o existencii daňového podvodu. 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 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 Žalobca namietal porušenie svojich práv i pri výsluchu svedka S. X., keď mu nebolo umožnené byť prítomný na jeho vypočutí, čím správca dane porušil zásadu zákonnosti, zásadu súčinnosti ako aj ust. § 25 ods. 4 Daňového poriadku. Okrem toho žalobca namietal, že mu neboli predložené všetky listinné doklady, t. j. úplný spisový materiál, s ktorým sa nemal možnosť oboznámiť. V záverečnej časti žaloby žalobca stručne zhrnul všetky žalobné dôvody a navrhol, aby súd po prejednaní veci zrušil žalobou napadnuté rozhodnutie žalovaného a vec mu vrátil na ďalšie konanie. Súčasne právna zástupkyňa žalobcu žiadala priznať náhradu trov konania. K žalobe sa písomne vyjadril žalovaný podaním doručeným súdu dňa 18.12.2014, doručeným súdu dňa 23.12.2014 a žiadal žalobu ako nedôvodnú zamietnuť. 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 K námietke porušenia čl. 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 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 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 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Vo vzťahu k spoločnosti LK IMPOEXPO, s.r.o. žalovaný uviedol, že jej splnomocnený zástupca R. T. nemal žiadnu vedomosť o obchodných aktivitách spoločnosti, konateľ spoločnosti p. Kižnanský účtovné a daňové doklady nepredložil, pričom nový konateľ spoločnosti Patrisha Bozhidarova Tsuhleva, štátna občianka Bulharskej republiky bola zapísaná do obchodného registra len na základe finančnej odmeny. Z dôvodu nesplnenia vyššie uvedených povinností zo strany spoločnosti LK IMPOEXPO, s.r.o. a jej štatutárnych orgánov, správca dane pristúpil k určeniu dane podľa pomôcok, pričom dospel k záveru o nemožnosti priznania žalobcovi práva na odpočítanie dane z dodávateľských faktúr od menovanej spoločnosti. Vo vzťahu k dodávateľovi EUROCOOP spotrebné družstvo v likvidácii žalovaný uviedol, že príslušné faktúry boli vystavené bez reálneho základu, nakoľko v rámci daňovej kontroly vykonávanej Daňovým úradom Bratislava bolo zistené, že zdaniteľné obchody pri nákupe tovaru zo strany tejto spoločnosti od svojich dodávateľov sa neuskutočnili tak, ako boli deklarované v týchto dodávateľských faktúrach, keďže menovaná spoločnosť nikdy fyzicky nenadobudla a ani nemala právo s ním nakladať ako vlastník. Podnikateľské aktivity EUROCOOP spotrebné družstvo v likvidácií neboli štandardnými obchodmi, nakoľko fakturačný tok tovaru sa nezhodoval s reálnym tokom obchodovania s tovarom. Bolo zistené, že predmetný tovar bol dodaný konečným slovenským odberateľom priamo z Českej republiky. Nakoľko žalobca neodstránil pochybnosti správcu dane, ten na základe objektívnych dôvodov neuznal žalobcovi právo na odpočítanie dane v zmysle ust. § 51 zákona o dani z pridanej hodnoty. Dodávateľská spoločnosť svoju daňovú povinnosť žiadnym spôsobom pred správcom dane neobhájila a túto daňovú povinnosť nebolo možné preveriť ani po vyčerpaní riadnych procesných prostriedkov, a teda následné uplatnenie práva na odpočítanie dane z dodávateľských faktúr znamenalo v tomto prípade iba umelú konštrukciu s dopadom na štátny rozpočet, nakoľko na strane žalobcu došlo k odpočítaniu dane z deklarovanej dodávky, pričom na strane dodávateľa nebol vznik daňovej povinnosti preveriteľný. K námietke žalobcu vzťahujúcej sa k zaujatosti osôb z prostredia Finančnej správy SR žalovaný uviedol, že uvedená námietka nebola súčasťou odvolacieho konania a nesúvisí s uplatneným právom žalobcu na odpočítanie dane z pridanej hodnoty. 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 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spoločnosť LK IMPOEXPO, s.r.o. a EUROCOOP spotrebné družstvo v likvidácií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 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 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 K námietke žalobcu, podľa ktorej mu nebolo umožnené byť prítomný na vypočutí svedka p. X.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 Krajský súd v Trnave ako súd vecne a miestne príslušný podľa ust. § 246 ods. 1 O.s.p. podľa ust. § 244 ods. 1 O.s.p. v spojení s § 247 a nasl. O.s.p. vo veci rozhodol bez nariadenia pojednávania postupom podľa § 156 ods. 3 O.s.p. v spojení s ust. § 250f ods. 3 O.s.p. . Do spisu v priebehu preskúmavacieho konania právna zástupkyňa žalobcu dňa 26.1.2016 predložila listinné doklady, ktorými preukázala, že administratívny spis predložený žalovaným nie je úplný, o čom svedčí zápisnica o ústnom pojednávaní č. 9211401/5/4191933/2014 zo dňa 18.9.2014, z ktorej vyplýva, že zoznam dokladov uvedených v tejto zápisnici nekorešponduje s dokladmi uvádzanými žalovaným vo vyjadrení žalovaného k žalobe. Ďalej do spisu doložila vyjadrenie predchádzajúceho právneho zástupcu žalobcu k protokolu z daňovej kontroly zo dňa 8.1.2014, ktoré taktiež nebolo súčasťou predloženého administratívneho spisu, ďalej oznámenie Daňového úradu Trnava zo dňa 20.1.2014, upozornenie predchádzajúceho právneho zástupcu žalobcu zo dňa 23.1.2014, ďalej oznámenie Daňového úradu Trnava zo dňa 10.2.2014, ďalej nahliadnutie do spisu daňového subjektu zo dňa 26.8.2014 , 5.9.2014 a 9.9.2014, ktorými žalobca preukazuje, že zo strany správcu dane boli robené obštrukcie pri nahliadaní do spisu.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250i O.s.p. (1) Pri preskúmavaní zákonnosti rozhodnutia je pre súd rozhodujúci skutkový stav, ktorý tu bol v čase vydania napadnutého rozhodnutia. Súd môže vykonať dôkazy nevyhnutné na preskúmanie napadnutého rozhodnutia.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 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Podľa§ 49 zák. č. 222/2004 Z. z.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51 zák. č. 222/2004 Z. z. (1) Právo na odpočítanie dane podľa § 49 môže platiteľ uplatniť, ak a) pri odpočítaní dane podľa § 49 ods. 2 písm. a) má faktúru od platiteľa vyhotovenú podľa § 71; 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 Predmetom tohto konania je preskúmanie zákonnosti rozhodnutia žalovaného, ktorý vyrubil žalobcovi rozdiel dane na dani z pridanej hodnoty za zdaňovacie obdobie august 2011 vo výške 9 279,75 eur. 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 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 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 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august 2011 žalobcovi nevzniklo právo na odpočítanie dane z tovarov kúpených v tuzemsku, a to vo vzťahu k spoločnosti LK IMPOEXPO, s.r.o. a vo vzťahu k spoločnosti EUROCOOP - spotrebné družstvo, v súhrne 9 279,75 eur. 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6.12.2013 bol príslušný Protokol zo strany splnomocneného zástupcu žalobcu prevzatý dňa 9.12.2013. Na podklade kontrolných zistení vydal správca dane - Daňový úrad Trnava dňa 10.2.2014 pod č. 9211401/5/541530/2014 podľa ust. 68 ods. 5 Daňového poriadku Rozhodnutie o vyrubení rozdielu dane, ktorým vyrubil dňovému subjektu - žalobcovi rozdiel dane v sume 9 279,75 eur na dani z pridanej hodnoty za zdaňovacie obdobie august 2011. Žalovaný rozhodnutím č. 1100306/1/348519/2014/4779 zo dňa 31.7.2014 postupom podľa ust. § 74 ods. 4 Daňového poriadku rozhodnutie Daňového úradu Trnava o vyrubení rozdielu dane vydanom pod č. 9211401/5/541530/2014 zo dňa 10.2.2014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LK IMPOEXPO, s.r.o. a EUROCOOP - spotrebné družstvo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 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LK IMPOEXPO, s.r.o. a EUROCOOP - spotrebné družstvo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 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 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 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 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 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 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 Krajský súd konštatuje, že námietka nekompletného spisu bola obsahom žalobného dôvodu, avšak toto tvrdenie žalobcu nebolo dokladované relevantným dôkazom. Právna zástupkyňa žalobcu až následne, v priebehu preskúmavacieho konania, súdu predložila zápisnicu o ústnom pojednávaní zo dňa 18.9.2014, ktorá sa týkala ústneho pojednávania, ktorého sa zúčastnila za žalobcu splnomocnená zástupkyňa Y. R. a za daňový úrad Ing. W. W. a Ing. Z. T.,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 V danom prípade bolo úlohou daňového úradu, keďže sa jednalo o jednu daňovú kontrolu za viacero zdaňovacích období aspoň v jednej veci predložiť kompletný spisový materiál obsahujúci všetky dôkazy a listiny (v origináloch), ktoré správca dane zabezpečil v rámci tejto daňovej kontroly. V ďalších spisoch, týkajúcich sa ostatných zdaňovacích období mal daňový úrad uviesť, že originál spisového materiálu je súčasťou určitého spisu s tým, že mal uviesť značku tohto spisu. Z uvedeného dôvodu preto krajský súd rozhodol o zrušení napadnutého rozhodnutia pre jeho nepreskúmateľnosť z dôvodu nepredloženia kompletného originálneho spisového materiálu. 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 Krajský súd sa ostatnými námietkami žalobcu nezaoberal z dôvodu, že došlo k zrušeniu napadnutého rozhodnutia podľa § 250j ods. 3 O.s.p.. O náhrade trov konania súd rozhodol v zmysle ust. § 250k ods. 1 O.s.p., keď procesne úspešnému žalobcovi priznal náhradu trov konania v celkovej výške 340,90 eur pozostávajúce zo zaplateného súdneho poplatku vo výške 70 eur a z trovách právneho zastúpenia vo výške 284,08 eur + 20% DPH vo výške 56,82 eur. Trovy právneho zastúpenia pozostávali z dvoch úkonov právnej pomoci prevzatie a príprava zastúpenia, podanie žaloby po 2x 134 eur = 268 eur v roku 2014 a 2x režijný paušál 8,04 eur = 16,08 eur za rok 2014. Vzhľadom na hore uvedené skutočnosti súd rozhodol tak ako je uvedené vo výrokovej časti tohto rozsudku. Poučenie: Proti tomuto rozhodnutiu odvolanie n i e j e prípustné.</w:t>
      </w:r>
    </w:p>
    <w:p/>
    <w:p>
      <w:r>
        <w:t>Zdroj: KAUZIS.SK – https://www.kauzis.sk/judikatura/r/ECLI:SK:KSTT:2016:2014200735.2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