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14S/190/2014 z 21. 3. 2016</w:t>
      </w:r>
    </w:p>
    <w:p>
      <w:r>
        <w:t>Rozsudok Krajského súdu Trnava z 21. marca 2016, sp. zn. 14S/190/2014, ECLI:SK:KSTT:2016:2014200741.2</w:t>
      </w:r>
    </w:p>
    <w:p>
      <w:r>
        <w:t>Súd: Krajský súd Trnava</w:t>
      </w:r>
    </w:p>
    <w:p>
      <w:r>
        <w:t>Spisová značka: 14S/190/2014</w:t>
      </w:r>
    </w:p>
    <w:p>
      <w:r>
        <w:t>ECLI: ECLI:SK:KSTT:2016:2014200741.2</w:t>
      </w:r>
    </w:p>
    <w:p>
      <w:r>
        <w:t>Dátum vydania: 21. 3. 2016</w:t>
      </w:r>
    </w:p>
    <w:p>
      <w:r>
        <w:t>Forma: Rozsudok</w:t>
      </w:r>
    </w:p>
    <w:p>
      <w:r>
        <w:t>Oblasť práva: Správne právo</w:t>
      </w:r>
    </w:p>
    <w:p>
      <w:pPr>
        <w:pStyle w:val="Heading2"/>
      </w:pPr>
      <w:r>
        <w:t>Text rozhodnutia</w:t>
      </w:r>
    </w:p>
    <w:p>
      <w:r>
        <w:t>Súd: Krajský súd Trnava Spisová značka: 14S/190/2014 Identifikačné číslo súdneho spisu: 2014200741 Dátum vydania rozhodnutia: 22. 03. 2016 Meno a priezvisko sudcu, VSÚ: JUDr. Róbert Foltán ECLI: ECLI:SK:KSTT:2016:2014200741.2 ROZSUDOK V MENE SLOVENSKEJ REPUBLIKY Krajský súd v Trnave v senáte zloženom z predsedu senátu JUDr. Róberta Foltána a sudcov JUDr.Pavla Lacza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č.1100306/1/348421/2014/4779 zo dňa 31. júla 2014 jednohlasne takto r o z h o d o l : Súd napadnuté rozhodnutie žalovaného č. 1100306/1/348421/2014/4779 zo dňa 31.7.2014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č.1100306/1/348421/2014/4779 zo dňa 31.7.2014, ktorým bolo podľa ust. § 74 ods. 4 zák. č. 563/2009 Z. z. o správe daní a o zmene a doplnení niektorých zákonov (ďalej len „Daňový poriadok“) potvrdené rozhodnutie Daňového úradu Trnava č. 9211401/5/541436/2014 zo dňa 10.2.2014 o vyrubení rozdielu dane vo výške 9414,20 eur na dani z pridanej hodnoty za zdaňovacie obdobie december 2010,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M.G.,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M.G.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F. E.,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E.alovaný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9211401/5/541436/2014 podľa ust. 68 ods. 5 Daňového poriadku Rozhodnutie o vyrubení rozdielu dane, ktorým vyrubil dňovému subjektu - žalobcovi rozdiel dane v sume 9414,20 eur na dani z pridanej hodnoty za zdaňovacie obdobie december 2010,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1100306/1/348421/2014/4779 zo dňa 31.07.2014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