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20S/79/2014 z 15. 2. 2016</w:t>
      </w:r>
    </w:p>
    <w:p>
      <w:r>
        <w:t>Rozsudok Krajského súdu Trnava z 15. februára 2016, sp. zn. 20S/79/2014, ECLI:SK:KSTT:2016:2014200743.2</w:t>
      </w:r>
    </w:p>
    <w:p>
      <w:r>
        <w:t>Súd: Krajský súd Trnava</w:t>
      </w:r>
    </w:p>
    <w:p>
      <w:r>
        <w:t>Spisová značka: 20S/79/2014</w:t>
      </w:r>
    </w:p>
    <w:p>
      <w:r>
        <w:t>ECLI: ECLI:SK:KSTT:2016:2014200743.2</w:t>
      </w:r>
    </w:p>
    <w:p>
      <w:r>
        <w:t>Dátum vydania: 15. 2. 2016</w:t>
      </w:r>
    </w:p>
    <w:p>
      <w:r>
        <w:t>Forma: Rozsudok</w:t>
      </w:r>
    </w:p>
    <w:p>
      <w:r>
        <w:t>Oblasť práva: Správne právo</w:t>
      </w:r>
    </w:p>
    <w:p>
      <w:pPr>
        <w:pStyle w:val="Heading2"/>
      </w:pPr>
      <w:r>
        <w:t>Text rozhodnutia</w:t>
      </w:r>
    </w:p>
    <w:p>
      <w:r>
        <w:t>Súd: Krajský súd Trnava Spisová značka: 20S/79/2014 Identifikačné číslo súdneho spisu: 2014200743 Dátum vydania rozhodnutia: 16. 02. 2016 Meno a priezvisko sudcu, VSÚ: JUDr. Róbert Foltán ECLI: ECLI:SK:KSTT:2016:2014200743.2 ROZSUDOK V MENE SLOVENSKEJ REPUBLIKY Krajský súd v Trnave v senáte zloženom z predsedu senátu JUDr. Róberta Foltána a sudcov JUDr. Boženy Husárovej a JUDr. Pavla Lacza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č.1100306/1/348440/2014/4779 zo dňa 31. júla 2014 takto r o z h o d o l : Súd napadnuté rozhodnutie žalovaného č. 1100306/1/348440/2014/4779 zo dňa 31.7.2014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340,90 eur, všetko do 3 dní od právoplatnosti tohto rozsudku. o d ô v o d n e n i e : Žalobca sa v konaní domáhal preskúmania zákonnosti rozhodnutia žalovaného č.1100306/1/348440/2014/4779 zo dňa 31.7.2014, ktorým bolo podľa ust. § 74 ods. 4 zák. č. 563/2009 Z. z. o správe daní a o zmene a doplnení niektorých zákonov (ďalej len „Daňový poriadok“) potvrdené rozhodnutie Daňového úradu Trnava č. 9211401/5/541470/2014 zo dňa 10.2.2014 o vyrubení rozdielu dane vo výške 7500,45 eur na dani z pridanej hodnoty za zdaňovacie obdobie február 2011,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 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B.C.,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B.C.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P. D.,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Žalovaný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D.alovaný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V podaní zo dňa 26.1.2016 žalobca v súvislosti so svojou námietkou týkajúcou sa manipulácie s administratívnym spisom poukazoval na rozhodnutie Najvyššieho súdu SR sp.zn.1 Sžp1/2010, v zmysle ktorého musí byť administratívny spis vedený tak, aby obsahoval chronologický a číselne usporiadaný zoznam nadväzujúci na zažurnalizované súčasti spisu, na základe ktorého si účastník môže preveriť jeho úplnosť, s tým, že podľa jeho zistenia opätovne došlo k manipulácii s administratívnym spisom pri jeho predložení súdu, spis je neúplný, neobsahuje všetky listiny, ktoré mu boli sprístupnené pri príprave žaloby, ani listiny, na ktoré sa v žalobe odvoláva - podanie zo dňa 8.1.2014 k protokolu z daňovej kontroly, oznámenie Daňového úradu Trnava zo dňa 20.1.2014, upozornenie zo dňa 23.1.2014, oznámenie Daňového úradu Trnava zo dňa 10.2.2014. Krajský súd v Trnave ako súd vecne a miestne príslušný podľa ust. § 246 ods.1 O.s.p. prejednal vec podľa § 250f ods.3 O.s.p. bez nariadenia pojednávania, oboznámil sa s obsahom spisového materiálu a dospel k záveru, že v danom prípade boli naplnené podmienky procesného predpisu pre zrušenie preskúmavaného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 Daňový úrad Trnava dňa 10.02.2014 pod č. 9211401/5/541470/2014 podľa ust. 68 ods. 5 Daňového poriadku Rozhodnutie o vyrubení rozdielu dane, ktorým vyrubil dňovému subjektu - žalobcovi rozdiel dane v sume 7500,45 eur na dani z pridanej hodnoty za zdaňovacie obdobie február 2011,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1100306/1/348440/2014/4779 zo dňa 31.07.2014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dvoch úkonoch zastupujúcej advokátky /prevzatie a príprava zastúpenia, podanie žaloby/ s tarifnou odmenou 2x134 eur, s paušálnymi náhradami výdavkov 2x8,04 eur a DPH v celkovej výške 56,82 eur. Toto rozhodnutie senát Krajského súdu v Trnave prijal pomerom hlasov 2:1 (§ 3 ods.9 zák. č. 757/2004 Z.z. v znení zákona č. 33/2011 Z.z.).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https://www.kauzis.sk/judikatura/r/ECLI:SK:KSTT:2016:2014200743.2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