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14S/193/2014 z 3. 2. 2016</w:t>
      </w:r>
    </w:p>
    <w:p>
      <w:r>
        <w:t>Rozsudok Krajského súdu Trnava z 3. februára 2016, sp. zn. 14S/193/2014, ECLI:SK:KSTT:2016:2014200745.2</w:t>
      </w:r>
    </w:p>
    <w:p>
      <w:r>
        <w:t>Súd: Krajský súd Trnava</w:t>
      </w:r>
    </w:p>
    <w:p>
      <w:r>
        <w:t>Spisová značka: 14S/193/2014</w:t>
      </w:r>
    </w:p>
    <w:p>
      <w:r>
        <w:t>ECLI: ECLI:SK:KSTT:2016:2014200745.2</w:t>
      </w:r>
    </w:p>
    <w:p>
      <w:r>
        <w:t>Dátum vydania: 3. 2. 2016</w:t>
      </w:r>
    </w:p>
    <w:p>
      <w:r>
        <w:t>Forma: Rozsudok</w:t>
      </w:r>
    </w:p>
    <w:p>
      <w:r>
        <w:t>Oblasť práva: Správne právo</w:t>
      </w:r>
    </w:p>
    <w:p>
      <w:pPr>
        <w:pStyle w:val="Heading2"/>
      </w:pPr>
      <w:r>
        <w:t>Text rozhodnutia</w:t>
      </w:r>
    </w:p>
    <w:p>
      <w:r>
        <w:t>Súd: Krajský súd Trnava Spisová značka: 14S/193/2014 Identifikačné číslo súdneho spisu: 2014200745 Dátum vydania rozhodnutia: 04. 02. 2016 Meno a priezvisko sudcu, VSÚ: JUDr. Pavol Laczo ECLI: ECLI:SK:KSTT:2016:2014200745.2 ROZSUDOK V MENE SLOVENSKEJ REPUBLIKY Krajský súd v Trnave v senáte zloženom z predsedu senátu JUDr. Pavla Lacza a členov senátu JUDr. Ľubomíra Bundzela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 1100306/1/348447/2014/4779 zo dňa 31.7.2014, takto r o z h o d o l : Súd napadnuté rozhodnutie žalovaného Finančného riaditeľstva Slovenskej republiky č.1100306/1/348447/2014/4779 zo dňa 31.7.2014 z r u š u j e podľa § 250j ods. 3 O.s.p. a vec mu vracia na ďalšie konanie. Žalovaný je povinný zaplatiť žalobcovi náhradu trov konania vo výške 70 eur za zaplatený súdny poplatok a trovy právneho zastúpenia vo výške 340,90 eur na účet právnej zástupkyne žalobcu JUDr. Ľubice Masárovej, č. účtu: XXXXXXXXXX/XXXX, vedenom v M. M., a.s., (R.: M XXXX XXXX XXXX XXXX XXXX, Z.: Y.) do 3 dní od právoplatnosti rozsudku. o d ô v o d n e n i e : Žalobou doručenou súdu dňa 14.10.2014 sa žalobca zastúpený advokátkou domáhal preskúmania zákonnosti rozhodnutia žalovaného č. 1100306/1/348447/2014/4779 zo dňa 31.7.2014, ktorý postupom podľa ust. § 74 ods. 4 zák. č. 563/2009 Z. z. o správe daní a o zmene a doplnení niektorých zákonov (ďalej len „Daňový poriadok“) potvrdil rozhodnutie Daňového úradu Trnava pobočka Galanta č.9211401/5/541482/2014 zo dňa 10.2.2014 o vyrubení rozdielu dane vo výške 7.352,34 eur na dani z pridanej hodnoty za zdaňovacie obdobie marec 2011,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X. J.,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X. J.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K nepriznaniu práva na odpočítanie dane z dodávateľských faktúr vystavených dodávateľom LK IMPOEXPO, s.r.o.. žalobca poukázal, že nepriznanie práva na odpočítanie dane z dodávateľských faktúr LK IMPOEXPO, s.r.o., je nezákonné, vychádza z nedostatočne zisteného skutkového stavu a nesprávneho právneho posúdenia veci a žalovaný pri ňom nerešpektoval záväzný výklad SD EÚ, podľa ktorého článok 167, článok 168 písm. a), článok 178 písm. a) a článok 273 Smernice 2006/112 sa majú vykladať v tom zmysle, že bránia vnútroštátnej praxi, v zmysle ktorej daňový orgán zamietne právo na odpočet dane z dôvodu, že zdaniteľná osoba sa neubezpečila, že osoba, ktorá vystavila faktúru vzťahujúcu sa na tovar na základe ktorej sa požaduje vykonanie nároku na odpočet dane spĺňala podmienky zdaniteľnej osoby, že disponovala predmetným tovarom a bola schopná ho dodať a že splnila svoje povinnosti podať daňové priznanie a uhradiť daň z pridanej hodnoty alebo z dôvodu, že uvedená zdaniteľná osoba nemá okrem danej faktúry iné dokumenty, ktorých povaha by preukazovala, že uvedené podmienky boli splnené, napriek tomu, že vecné a formálne podmienky vzniku a výkonu práva na odpočet dane upravené v Smernici 2006/112 boli splnené a že zdaniteľná osoba nedisponovala informáciou, ktorá by ju oprávňovala predpokladať vznik nezákonnosti alebo daňového podvodu na strane uvedeného vystaviteľa faktúry. Žalobca zároveň poukazuje, že odôvodnenie žalovaného na odkaz na rozhodnutie SD EÚ , ktoré zjavne nemajú žiadnu relevanciu s prejednávajúcou vecou činia toto rozhodnutie nezrozumiteľným.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K nepriznaniu práva na odpočítanie dane z dodávateľských faktúr od dodávateľa EUROCOOP, spotrebné družstvo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s.r.o. ako dodávateľ si neplní svoje daňové povinnosti. Žalovaný ani v tomto prípade nepreukázal, že žalobca disponoval informáciou, podľa ktorej mohol predpokladať vznik nezákonnosti na strane jeho dodávateľa. Okrem toho žalobca namietal, že mu neboli predložené všetky doklady t. j. celý kompletný materiál s ktorým nemal možnosť oboznámiť sa. 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 K žalobe sa písomne vyjadril žalovaný podaním doručeným súdu dňa 08.12.2014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IMPOEXPO, s.r.o. a EUROCOOP, spotrebné družstvo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N.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a 250f ods.3 O.sp. vo veci rozhodol bez nariadenia pojednávania.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marec 2011 vo výške 7.352,34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žalobcovi nevzniklo právo na odpočítanie dane z tovarov kúpených v tuzemsku, a to vo vzťahu k spoločnosti IMPOEXPO , s.r.o. a vo vzťahu k spoločnosti EUROCOOP, spotrebné družstvo v súhrne 7.352,34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pobočka Galanta dňa 10.02.2014 pod č. 9211401/5/541482/2014 podľa ust. 68 ods. 5 Daňového poriadku Rozhodnutie o vyrubení rozdielu dane, ktorým vyrubil dňovému subjektu - žalobcovi rozdiel dane v sume 7.352,34 eur na dani z pridanej hodnoty za zdaňovacie obdobie marec 2011. Žalobca podal proti rozhodnutiu o vyrubení rozdielu dane odvolanie. Žalovaný rozhodnutím č.1100306/1/348447/2014/4779 zo dňa 31.7.2014 postupom podľa ust. § 74 ods. 4 Daňového poriadku rozhodnutie Daňového úradu Trnava pobočka Galanta o vyrubení rozdielu dane vydanom pod č. 9211401/5/541482/2014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IMPOEXPO, s.r. a EUROCOOP,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IMPOEXPO, s.r.o. a EUROCOOP,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síce v predmetnej veci nariadil pojednávanie aj keď postup v zmysle § 250j ods. 3 v spojení s § 250f ods. 3 O.s.p. umožňuje, aby rozhodol vo veci bez pojednávania a to aj napriek tomu, že námietka nekompletného spisu bola obsahom žalobného dôvodu. V tejto súvislosti krajský súd musí konštatovať, že išlo o námietku resp. o tvrdenie žalobcu ktoré nebolo predložené relevantným dôkazom v čase podania žaloby, ale až následne na pojednávaní dňa 14.1.2016, keď právna zástupkyňa žalobcu predložila súdu zápisnicu o ústnom pojednávaní zo dňa 18.9.2014, ktorá sa týkala ústneho pojednávania, ktorého sa zúčastnila za žalobcu splnomocnená zástupkyňa M. B. a za daňový úrad Ing. G. G. a Ing. R. O.,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vo výške 410,90 eur spočívajúce v zaplatenom súdnom poplatku vo výške 70 eur a v trovách právneho zastúpenia vo výške 340,90. eur. Trovy právneho zastúpenia pozostávali z 2 právnych úkonov - príprava a prevzatie zastupovania 134 eur + režijný paušál 8,04 eur, spísanie žaloby 134 eur + režijný paušál 8,04 eur, eur + 20% DPH. Celkové trovy právneho zastúpenia s DPH predstavujú sumu 340,90 eur. Vzhľadom na hore uvedené skutočnosti súd rozhodol tak ako je uvedené vo výrokovej časti tohto rozsudku. Toto rozhodnutie senát Krajského súdu v Trnave prijal pomerom hlasov 3:0 (§ 3 ods.9 zák. č. 757/2004 Z.z. v znení zákona č. 33/2011 Z.z.). Poučenie: Proti tomuto rozhodnutiu odvolanie nie je prípustné. Odvolanie je prípustné proti rozhodnutiu vo výroku o trovách konania v lehote 15 dní odo dňa doručenia rozhodnutia cestou tunajšieho súdu na Najvyšší súd SR.</w:t>
      </w:r>
    </w:p>
    <w:p/>
    <w:p>
      <w:r>
        <w:t>Zdroj: KAUZIS.SK – https://www.kauzis.sk/judikatura/r/ECLI:SK:KSTT:2016:2014200745.2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