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14S/202/2014 z 2. 3. 2016</w:t>
      </w:r>
    </w:p>
    <w:p>
      <w:r>
        <w:t>Rozsudok Krajského súdu Trnava z 2. marca 2016, sp. zn. 14S/202/2014, ECLI:SK:KSTT:2016:2014200760.2</w:t>
      </w:r>
    </w:p>
    <w:p>
      <w:r>
        <w:t>Súd: Krajský súd Trnava</w:t>
      </w:r>
    </w:p>
    <w:p>
      <w:r>
        <w:t>Spisová značka: 14S/202/2014</w:t>
      </w:r>
    </w:p>
    <w:p>
      <w:r>
        <w:t>ECLI: ECLI:SK:KSTT:2016:2014200760.2</w:t>
      </w:r>
    </w:p>
    <w:p>
      <w:r>
        <w:t>Dátum vydania: 2. 3. 2016</w:t>
      </w:r>
    </w:p>
    <w:p>
      <w:r>
        <w:t>Forma: Rozsudok</w:t>
      </w:r>
    </w:p>
    <w:p>
      <w:r>
        <w:t>Oblasť práva: Správne právo</w:t>
      </w:r>
    </w:p>
    <w:p>
      <w:pPr>
        <w:pStyle w:val="Heading2"/>
      </w:pPr>
      <w:r>
        <w:t>Text rozhodnutia</w:t>
      </w:r>
    </w:p>
    <w:p>
      <w:r>
        <w:t>Súd: Krajský súd Trnava Spisová značka: 14S/202/2014 Identifikačné číslo súdneho spisu: 2014200760 Dátum vydania rozhodnutia: 03. 03. 2016 Meno a priezvisko sudcu, VSÚ: JUDr. Pavol Laczo ECLI: ECLI:SK:KSTT:2016:2014200760.2 ROZSUDOK V MENE SLOVENSKEJ REPUBLIKY Krajský súd v Trnave v senáte zloženom z predsedu senátu JUDr. Pavla Lacza a členov senátu JUDr. Róberta Foltána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č.1100306/1/347782/2014/4779 zo dňa 30.7.2014 takto r o z h o d o l : Súd napadnuté rozhodnutie žalovaného Finančného riaditeľstva Slovenskej republiky č.1100306/1/347782/2014/4779 zo dňa 30.7.2014 z r u š u j e podľa § 250j ods. 3 O.s.p. a vec mu vracia na ďalšie konanie. Žalovaný je povinný zaplatiť žalobcovi náhradu trov konania vo výške 70,- eur za zaplatený súdny poplatok a trovy právneho zastúpenia vo výške 340,90 eur na účet právnej zástupkyne žalobcu JUDr. A. L., č. účtu: XXXXXXXXXX/XXXX, vedenom v P. P., a.s., (I.: P XXXX XXXX XXXX XXXX XXXX, Q.: C.) do 3 dní od právoplatnosti rozsudku. o d ô v o d n e n i e : Žalobou doručenou súdu dňa 16.10.2014 sa žalobca zastúpený advokátkou domáhal preskúmania zákonnosti rozhodnutia žalovaného č.1100306/1/347782/2014/4779 zo dňa 30.7.2014, ktorý postupom podľa ust. § 74 ods. 4 zák. č. 563/2009 Z. z. o správe daní a o zmene a doplnení niektorých zákonov (ďalej len „Daňový poriadok“) potvrdil rozhodnutie Daňového úradu Trnava, pobočka Galanta č. 9211401/5/540998/2014 zo dňa 10.2.2014 o vyrubení rozdielu dane vo výške 9.059,60 eur na dani z pridanej hodnoty za zdaňovacie obdobie máj 2009, vydané podľa § 68 ods. 5 Daňového poriadku. 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R. N.,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R. N.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 K nepriznaniu práva na odpočítanie dane z dodávateľských faktúr vystavených dodávateľom LAKY, s.r.o. žalobca poukázal na výpoveď konateľa spoločnosti Ladislava Kižnanského (konateľ spoločnosti v dotknutom zdaňovacom období) ktorý potvrdil, že žalobcovi dodával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LAKY, s.r.o., ktorou bol U. M., ktorý pri výsluchu uvedené skutočnosti týkajúce sa spolupráce medzi dodávateľom LAKY, s.r.o. a žalobcom tiež potvrdil. Tvrdenie správcu dane, podľa ktorého je sídlo spoločnosti LAKY, s.r.o. zapísané v obchodnom registri (od 08.06.2010) iba fiktívne považuje žalobca za irelevantné, nakoľko sporné dodávky sa uskutočnili v mesiaci jún 2008-, preto správcom dane zistený skutkový stav nemôže byť dostatočný na prijatie záveru, že dodávateľ LAKY, s.r.o. nedodal žalobcovi tovar deklarovaný na sporných faktúrach a že to je žalobca, ktorý neuniesol dôkazné bremeno a nepreukázal splnenie podmienok podľa ust. § 49 ods. 2 písm. a) v nadväznosti na ust. § 51 ods. 1 písm. a) zákona o dani z pridanej hodnoty, resp. že došlo k zneužitiu práva alebo k daňovému podvodu zo strany jeho dodávateľa, o ktorom žalobca vedel alebo mal vedieť. V tejto časti žalobca označil rozhodnutie žalovaného za nezákonné a pre nedostatok dôvodov nepreskúmateľné. 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aj podmienky požadované Smernicou 2006/112 tak, ako ich definoval Súdny dvor EÚ vo svojich rozhodnutiach a dôkazné bremeno preukázania, že žalobca vedel alebo mal vedieť, že plnenia, ktoré sú predmetom sporu sú dotknuté daňovým podvodom sa v plnom rozsahu presúva na daňové orgány, ktoré sú povinné predložiť konkrétne indície o existencii daňového podvodu. Okrem toho u iných odberateľov spoločnosti LAKY, s.r.o., žalovaný rovnaký skutkový stav zistený správcom dane považoval za postačujúci na uplatnenie odpočítanie dane, preto žalobca namieta, že takýmto postupom správcu dane ako aj žalovaného došlo k porušeniu zásady materiálnej rovnosti plynúcej z ust. § 3 ods. 9 a zásady procesnej rovnosti upravenej v ust. § 3 ods. 7 Daňového poriadku, a tým aj k porušeniu Ústavou SR zaručeného práva na rovnosť, podľa ktorého je potrebné, aby v skutkovo zhodných alebo podobných prípadoch nevznikali neodôvodnené rozdiely a bol voči všetkých subjektom uplatnený rovnaký procesný postup.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C. B., keď mu nebolo umožnené byť prítomný na jeho vypočutí, čím správca dane porušil zásadu zákonnosti, zásadu súčinnosti ako aj ust. § 25 ods. 4 Daňového poriadku. Žalobca po oboznámení sa s Protokolom a dôvodmi, pre ktoré mu správca dane nepriznal právo na odpočítanie dane z faktúr od dodávateľa LAKY, s.r.o. kontaktoval C. B. a spolu sa dňa 14.02.2014 dostavili ku správcovi dane, kedy mal C. B. k dispozícii doklady spoločnosti LAKY, s.r.o. preukazujúce dodanie tovaru žalobcovi. Pracovníci správcu dane však odmietli spísať so žalobcom zápisnicu s tým, že kontrolóri nie sú na pracovisku a doklady už nie sú relevantné. Vzhľadom na takýto postup žalobca nepriznanie práva na odpočítanie dane z dodávateľských faktúr od spoločnosti LAKY, s.r.o. špecifikovaných v rozhodnutí žalovaného považuje za nezákonné, ktoré vychádza z nedostatočne zisteného skutkového stavu a nesprávneho právneho posúdenia veci, pri ktorom žalovaný nerešpektoval záväzný výklad Súdneho dvora EÚ o výklade čl. 167, čl.168 písm. a), čl.178 písm. a) a čl.273 Smernice 2006/112. K nepriznaniu práva na odpočítanie dane z dodávateľských faktúr vystavených dodávateľom LK IMPOEXPO, s.r.o.. žalobca poukázal, že nepriznanie práva na odpočítanie dane z dodávateľských faktúr LK IMPOEXPO, s.r.o., je nezákonné, vychádza z nedostatočne zisteného skutkového stavu a nesprávneho právneho posúdenia veci a žalovaný pri ňom nerešpektoval záväzný výklad SD EÚ, podľa ktorého článok 167, článok 168 písm. a), článok 178 písm. a) a článok 273 Smernice 2006/112 sa majú vykladať v tom zmysle, že bránia vnútroštátnej praxi, v zmysle ktorej daňový orgán zamietne právo na odpočet dane z dôvodu, že zdaniteľná osoba sa neubezpečila, že osoba, ktorá vystavila faktúru vzťahujúcu sa na tovar na základe ktorej sa požaduje vykonanie nároku na odpočet dane spĺňala podmienky zdaniteľnej osoby, že disponovala predmetným tovarom a bola schopná ho dodať a že splnila svoje povinnosti podať daňové priznanie a uhradiť daň z pridanej hodnoty alebo z dôvodu, že uvedená zdaniteľná osoba nemá okrem danej faktúry iné dokumenty, ktorých povaha by preukazovala, že uvedené podmienky boli splnené, napriek tomu, že vecné a formálne podmienky vzniku a výkonu práva na odpočet dane upravené v Smernici 2006/112 boli splnené a že zdaniteľná osoba nedisponovala informáciou, ktorá by ju oprávňovala predpokladať vznik nezákonnosti alebo daňového podvodu na strane uvedeného vystaviteľa faktúry. Žalobca zároveň poukazuje, že odôvodnenie žalovaného na odkaz na rozhodnutie SD EÚ , ktoré zjavne nemajú žiadnu relevanciu s prejednávajúcou vecou činia toto rozhodnutie nezrozumiteľným.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K nepriznaniu práva na odpočítanie dane z dodávateľských faktúr od dodávateľa REAL KOMPLEX s.r.o. žalobca opätovne poukázal už na vyššie označené rozhodnutie Súdneho dvora EÚ C-563/11 a uviedol, že pri prevzatí tovaru vo svojej prevádzke preveril množstvo i kvalitu tovaru, teda konal dobromyseľne, tento obchod sa ničím neodlišoval od spôsobu obstarávania tovaru od iných dodávateľov a nemal dôvod mať pochybnosti o tom, že daná transakcia je poznačená akoukoľvek nezákonnosťou a spoločnosť REAL KOMPLEX s.r.o. ako dodávateľ si neplní svoje daňové povinnosti. Žalovaný ani v tomto prípade nepreukázal, že žalobca disponoval informáciou, podľa ktorej mohol predpokladať vznik nezákonnosti na strane jeho dodávateľa. Okrem toho žalobca namietal, že mu neboli predložené všetky doklady t. j. celý kompletný materiál s ktorým nemal možnosť oboznámiť sa. 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 K žalobe sa písomne vyjadril žalovaný podaním zo dňa 8.12.2014 a žiadal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Spoločnosť LAKY, s.r.o. neopodstatnene vystupuje v obchodnom reťazci ako priamy žalobcov dodávateľ, ktorý ale nepreukázal, že predmetný tovar nadobudol od svojho dodávateľa a stal sa skutočným vlastníkom tovaru, čo by ho ďalej oprávňovalo tovar predávať. Predmetná spoločnosť navyše so správcom dane nekomunikuje, od mája 2010 nepodáva daňové priznania a registrácia na dani z pridanej hodnoty mu bola zrušená z úradnej moci dňa 30.09.2010. Sídlo spoločnosti je od 08.06.2010 registrované na adrese Trojičné nám. 181, Tvrdošín k čomu bolo zistené, že na uvedenej adrese táto spoločnosť nikdy fyzicky nepodnikala a jej konateľ Michal Ťapaj bol v čase od 05.04.2011 do 12.06.2013 vo výkone trestu v Ústave na výkon trestu odňatia slobody v Dubnici nad Váhom, táto spoločnosť svoju daňovú povinnosť žiadnym spôsobom pred správcom dane neobhájila a nebolo možné ju preveriť ani po vyčerpaní riadnych procesných prostriedkov. Uplatnenie práva na odpočítanie dane z dodávateľských faktúr od tejto spoločnosti ako dodávateľa znamenalo iba umelú konštrukciu s dopadom na štátny rozpočet, nakoľko na strane žalobcu došlo k odpočítaniu dane z deklarovanej dodávky, pričom na strane dodávateľa nebol vznik daňovej povinnosti preveriteľný.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spoločnosti LAKY, s.r.o., LK IMPOEXPO, s.r.o. a REAL KOMPLEX s.r.o.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B.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 1 O.s.p. podľa ust. § 244 ods. 1 O.s.p. v spojení s § 247 a nasl. O.s.p a 250f ods.3 O.sp. vo veci rozhodol bez nariadenia pojednávania.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51 zák. č. 222/2004 Z. z. (1) Právo na odpočítanie dane podľa § 49 môže platiteľ uplatniť, ak a) pri odpočítaní dane podľa § 49 ods. 2 písm. a) má faktúru od platiteľa vyhotovenú podľa § 71;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Predmetom tohto konania je preskúmanie zákonnosti rozhodnutia žalovaného, ktorý vyrubil žalobcovi rozdiel dane na dani z pridanej hodnoty za zdaňovacie obdobie máj 2009 vo výške 9059,60 eur. 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 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 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 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máj 2009 žalobcovi nevzniklo právo na odpočítanie dane z tovarov kúpených v tuzemsku, a to vo vzťahu k spoločnosti LAKY, s.r.o., LK IMPOEXPO, s.r.o. a vo vzťahu k spoločnosti REAL KOMPLEX s.r.o., v súhrne 9059,60 eur.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-Daňový úrad Trnava, pobočka Galanta dňa 10.02.2014 pod č. 9211401/5/540998/2014 podľa ust. 68 ods. 5 Daňového poriadku Rozhodnutie o vyrubení rozdielu dane, ktorým vyrubil dňovému subjektu - žalobcovi rozdiel dane v sume 9059,60 eur na dani z pridanej hodnoty za zdaňovacie obdobie máj 2009. Žalobca podal proti rozhodnutiu o vyrubení rozdielu dane odvolanie. Žalovaný rozhodnutím č. 1100306/1/347782/2014/4779 zo dňa 30.07.2014 postupom podľa ust. § 74 ods. 4 Daňového poriadku rozhodnutie Daňového úradu Trnava, pobočka Galanta o vyrubení rozdielu dane vydanom pod č. 9211401/5/540998/2014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LAKY, s.r.o., LK IMPOEXPO, s.r.o. a REAL KOMPLEX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 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LAKY, s.r.o., LK IMPOEXPO, s.r.o. a REAL KOMPLEX, s.r.o.,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 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 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 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 V tejto súvislosti krajský súd musí konštatovať, že išlo o námietku resp. o tvrdenie žalobcu, ktoré nebolo predložené relevantným dôkazom v čase podania žaloby, ale až následne na pojednávaní dňa 14.1.2016 (vo veci vedenej na t.s. sp.zn.14S 172/2014), keď právna zástupkyňa žalobcu predložila súdu zápisnicu o ústnom pojednávaní zo dňa 18.9.2014, ktorá sa týkala ústneho pojednávania, ktorého sa zúčastnila za žalobcu splnomocnená zástupkyňa P. U. a za daňový úrad Ing. A. A. a Ing. I. F.,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 V danom prípade bolo úlohou daňového úradu, keďže sa jednalo o jednu daňovú kontrolu za viacero zdaňovacích období minimálne v jednom prípade predložiť kompletný spisový materiál obsahujúci všetky dôkazy a listiny (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 Z uvedeného dôvodu preto krajský súd rozhodol o zrušení napadnutého rozhodnutia pre jeho nepreskúmateľnosť z dôvodu nepredloženia kompletného originálneho spisového materiálu. 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 Krajský súd sa ostatnými námietkami žalobcu nezaoberal z dôvodu, že došlo k zrušeniu napadnutého rozhodnutia podľa § 250j ods. 3 O.s.p.. O náhrade trov konania súd rozhodol v zmysle ust. § 250k ods. 1 O.s.p., keď procesne úspešnému žalobcovi priznal náhradu trov konania vo výške 410,90 eur spočívajúce v zaplatenom súdnom poplatku vo výške 70,- eur a v trovách právneho zastúpenia vo výške 340,90 eur. Trovy právneho zastúpenia pozostávali z 2 právnych úkonov - príprava a prevzatie zastupovania 134,- eur + režijný paušál 8,04 eur, spísanie žaloby 134,- eur + režijný paušál 8,04 eur + 20% DPH. Celkové trovy právneho zastúpenia s DPH predstavujú sumu 340,90 eur. Vzhľadom na hore uvedené skutočnosti súd rozhodol tak ako je uvedené vo výrokovej časti tohto rozsudku. Toto rozhodnutie senát Krajského súdu v Trnave prijal pomerom hlasov 3:0 (§ 3 ods.9 zák. č. 757/2004 Z.z. v znení zákona č. 33/2011 Z.z.). Poučenie: Proti tomuto rozhodnutiu odvolanie nie je prípustné. Odvolanie je prípustné proti rozhodnutiu vo výroku o trovách konania v lehote 15 dní odo dňa doručenia rozhodnutia cestou tunajšieho súdu na Najvyšší súd SR.</w:t>
      </w:r>
    </w:p>
    <w:p/>
    <w:p>
      <w:r>
        <w:t>Zdroj: KAUZIS.SK – https://www.kauzis.sk/judikatura/r/ECLI:SK:KSTT:2016:2014200760.2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