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14S/203/2014 z 2. 3. 2016</w:t>
      </w:r>
    </w:p>
    <w:p>
      <w:r>
        <w:t>Rozsudok Krajského súdu Trnava z 2. marca 2016, sp. zn. 14S/203/2014, ECLI:SK:KSTT:2016:2014200762.2</w:t>
      </w:r>
    </w:p>
    <w:p>
      <w:r>
        <w:t>Súd: Krajský súd Trnava</w:t>
      </w:r>
    </w:p>
    <w:p>
      <w:r>
        <w:t>Spisová značka: 14S/203/2014</w:t>
      </w:r>
    </w:p>
    <w:p>
      <w:r>
        <w:t>ECLI: ECLI:SK:KSTT:2016:2014200762.2</w:t>
      </w:r>
    </w:p>
    <w:p>
      <w:r>
        <w:t>Dátum vydania: 2. 3. 2016</w:t>
      </w:r>
    </w:p>
    <w:p>
      <w:r>
        <w:t>Forma: Rozsudok</w:t>
      </w:r>
    </w:p>
    <w:p>
      <w:r>
        <w:t>Oblasť práva: Správne právo</w:t>
      </w:r>
    </w:p>
    <w:p>
      <w:pPr>
        <w:pStyle w:val="Heading2"/>
      </w:pPr>
      <w:r>
        <w:t>Text rozhodnutia</w:t>
      </w:r>
    </w:p>
    <w:p>
      <w:r>
        <w:t>Súd: Krajský súd Trnava Spisová značka: 14S/203/2014 Identifikačné číslo súdneho spisu: 2014200762 Dátum vydania rozhodnutia: 03. 03. 2016 Meno a priezvisko sudcu, VSÚ: JUDr. Pavol Laczo ECLI: ECLI:SK:KSTT:2016:2014200762.2 ROZSUDOK V MENE SLOVENSKEJ REPUBLIKY Krajský súd v Trnave v senáte zloženom z predsedu senátu JUDr. Pavla Lacza a členov senátu JUDr. Róberta Foltána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 1100306/1/348302/2014/4779 zo dňa 31.7.2014, takto r o z h o d o l : Súd napadnuté rozhodnutie žalovaného Finančného riaditeľstva Slovenskej republiky č.1100306/1/348302/2014/4779 zo dňa 31.7.2014 z r u š u j e podľa § 250j ods. 3 O.s.p. a vec mu vracia na ďalšie konanie. Žalovaný je povinný zaplatiť žalobcovi náhradu trov konania vo výške 70,-eur za zaplatený súdny poplatok a trovy právneho zastúpenia vo výške 340,90 eur na účet právnej zástupkyne žalobcu JUDr. Ľubice Masárovej, č. účtu: XXXXXXXXXX/XXXX, vedenom v Y. Y., a.s., (Z.: Y XXXX XXXX XXXX XXXX XXXX, U.: S.) do 3 dní od právoplatnosti rozsudku. o d ô v o d n e n i e : Žalobou doručenou súdu dňa 16.10.2014 sa žalobca zastúpený advokátkou domáhal preskúmania zákonnosti rozhodnutia žalovaného č.1100306/1/348302/2014/4779 zo dňa 31.7.2014, ktorý postupom podľa ust. § 74 ods. 4 zák. č. 563/2009 Z. z. o správe daní a o zmene a doplnení niektorých zákonov (ďalej len „Daňový poriadok“) potvrdil rozhodnutie Daňového úradu Trnava pobočka Galanta č.9211401/5/5411063/2014 zo dňa 10.2.2014 o vyrubení rozdielu dane vo výške 5.250,76 eur na dani z pridanej hodnoty za zdaňovacie obdobie júl 2009,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D. A.,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D. A.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SYOMA, s.r.o..žalobca poukázal, že nepriznanie práva na odpočítanie dane z dodávateľských faktúr SYOMA, s.r.o., je nezákonné, vychádza z nedostatočne zisteného skutkového stavu a nesprávneho právneho posúdenia veci a žalovaný pri ňom nerešpektoval záväzný výklad SD EÚ, podľa ktorého článok 167, článok 168 písm. a), článok 178 písm. a) a článok 273 Smernice 2006/112 sa majú vykladať v tom zmysle, že bránia vnútroštátnej praxi, v zmysle ktorej daňový orgán zamietne právo na odpočet dane z dôvodu, že zdaniteľná osoba sa neubezpečila, že osoba, ktorá vystavila faktúru vzťahujúcu sa na tovar na základe ktorej sa požaduje vykonanie nároku na odpočet dane spĺňala podmienky zdaniteľnej osoby, že disponovala predmetným tovarom a bola schopná ho dodať a že splnila svoje povinnosti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nezákonnosti alebo daňového podvodu na strane uvedeného vystaviteľa faktúry. Žalobca zároveň poukazuje, že odôvodnenie žalovaného na odkaz na rozhodnutie SD EÚ , ktoré zjavne nemajú žiadnu relevanciu s prejednávajúcou vecou činia toto rozhodnutie nezrozumiteľným.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Okrem toho žalobca namietal, že mu neboli predložené všetky doklady t. j. celý kompletný materiál s ktorým nemal možnosť oboznámiť sa.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doručeným súdu dňa 10.12.2014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mala realizovať spoločnosť SYOMA, s.r.o. , nenesú v sebe ekonomický charakter obchodných transakcií, preto na takéto transakcie nemožno prihliadať. Predmetná spoločnosť nijakým spôsobom nepreukázala,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X.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a 250f ods.3 O.sp. vo veci rozhodol bez nariadenia pojednávania.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júl 2009 vo výške 5250,76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žalobcovi nevzniklo právo na odpočítanie dane z tovarov kúpených v tuzemsku, a to vo vzťahu k spoločnosti SYOMA , s.r.o. vo výške 5250,76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pobočka Galanta dňa 10.02.2014 pod č.9211401/5/541063/2014 podľa ust. 68 ods. 5 Daňového poriadku Rozhodnutie o vyrubení rozdielu dane, ktorým vyrubil dňovému subjektu - žalobcovi rozdiel dane v sume 5250,76 eur na dani z pridanej hodnoty za zdaňovacie obdobie júl 2009. Žalobca podal proti rozhodnutiu o vyrubení rozdielu dane odvolanie. Žalovaný rozhodnutím č.1100306/1/348302/2014/4779 zo dňa 31.7.2014 postupom podľa ust. § 74 ods. 4 Daňového poriadku rozhodnutie Daňového úradu Trnava pobočka Galanta o vyrubení rozdielu dane vydanom pod č.9211401/5/541063/2014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spoločnosťou SYOMA,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spoločnosťou SYOMA, s.r.o. jej zapojenie do obchodného reťazca možno považovať za umelo vytvorený článok bez akéhokoľvek ekonomického a hospodárskeho cieľa, pretože táto spoločnosť nijakým dôveryhodným spôsobom nepreukázala, že vo faktúrach deklarovaný tovar aj dodala tak, ako je uvedené na príslušných dokladoch - faktúrach, a že práve ona bola priamym účastníkom, ktorí fyzicky tovar najprv prebral a následne ďalej predal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V tejto súvislosti krajský súd musí konštatovať, že išlo o námietku resp. o tvrdenie žalobcu ktoré nebolo predložené relevantným dôkazom v čase podania žaloby, ale až následne na pojednávaní dňa 14.1.2016 (vo veci vedenej pod sp.zn.14S/172/2014), keď právna zástupkyňa žalobcu predložila súdu zápisnicu o ústnom pojednávaní zo dňa 18.9.2014, ktorá sa týkala ústneho pojednávania, ktorého sa zúčastnila za žalobcu splnomocnená zástupkyňa Y. R. a za daňový úrad Ing. W. W. a Ing. Z. T.,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vo výške 410,90 eur spočívajúce v zaplatenom súdnom poplatku vo výške 70,- eur a v trovách právneho zastúpenia vo výške 340,90 eur. Trovy právneho zastúpenia pozostávali z 2 právnych úkonov - príprava a prevzatie zastupovania 134,-eur + režijný paušál 8,04 eur, spísanie žaloby 134,- eur + režijný paušál 8,04 eur + 20% DPH. Celkové trovy právneho zastúpenia s DPH predstavujú sumu 340,90 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Odvolanie je prípustné proti rozhodnutiu vo výroku o trovách konania v lehote 15 dní odo dňa doručenia rozhodnutia cestou tunajšieho súdu na Najvyšší súd SR.</w:t>
      </w:r>
    </w:p>
    <w:p/>
    <w:p>
      <w:r>
        <w:t>Zdroj: KAUZIS.SK – https://www.kauzis.sk/judikatura/r/ECLI:SK:KSTT:2016:2014200762.2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