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14S/204/2014 z 27. 1. 2016</w:t>
      </w:r>
    </w:p>
    <w:p>
      <w:r>
        <w:t>Rozsudok Krajského súdu Trnava z 27. januára 2016, sp. zn. 14S/204/2014, ECLI:SK:KSTT:2016:2014200763.2</w:t>
      </w:r>
    </w:p>
    <w:p>
      <w:r>
        <w:t>Súd: Krajský súd Trnava</w:t>
      </w:r>
    </w:p>
    <w:p>
      <w:r>
        <w:t>Spisová značka: 14S/204/2014</w:t>
      </w:r>
    </w:p>
    <w:p>
      <w:r>
        <w:t>ECLI: ECLI:SK:KSTT:2016:2014200763.2</w:t>
      </w:r>
    </w:p>
    <w:p>
      <w:r>
        <w:t>Dátum vydania: 27. 1. 2016</w:t>
      </w:r>
    </w:p>
    <w:p>
      <w:r>
        <w:t>Forma: Rozsudok</w:t>
      </w:r>
    </w:p>
    <w:p>
      <w:r>
        <w:t>Oblasť práva: Správne právo</w:t>
      </w:r>
    </w:p>
    <w:p>
      <w:pPr>
        <w:pStyle w:val="Heading2"/>
      </w:pPr>
      <w:r>
        <w:t>Text rozhodnutia</w:t>
      </w:r>
    </w:p>
    <w:p>
      <w:r>
        <w:t>Súd: Krajský súd Trnava Spisová značka: 14S/204/2014 Identifikačné číslo súdneho spisu: 2014200763 Dátum vydania rozhodnutia: 28. 01. 2016 Meno a priezvisko sudcu, VSÚ: JUDr. Pavol Laczo ECLI: ECLI:SK:KSTT:2016:2014200763.2 ROZSUDOK V MENE SLOVENSKEJ REPUBLIKY Krajský súd v Trnave v senáte zloženom z predsedu senátu JUDr. Pavla Lacza a členov senátu JUDr. Ľubomíra Bundzela a JUDr. Andrey Vyskočovej v právnej veci žalobcu: Alojz Horváth, Hlavná 992/45, 924 01 Galanta, IČO: 30 347 963, právne zastúpený: JUDr. Ľubica Masárová, advokátka, so sídlom Púchovská 12, 831 06 Bratislava, proti žalovanému: Finančné riaditeľstvo Slovenskej republiky, Lazovná 63, 974 01 Banská Bystrica, o návrhu na preskúmanie zákonnosti rozhodnutia žalovaného č. 1100306/1/348312/2014/4779 zo dňa 31. júla 2014, takto r o z h o d o l : Súd napadnuté rozhodnutie žalovaného Finančného riaditeľstva Slovenskej republiky č.1100306/1/348312/2014/4779 zo dňa 31. júla 2014 z r u š u j e podľa § 250j ods. 3 O.s.p. a vec mu vracia na ďalšie konanie. Žalovaný je povinný zaplatiť žalobcovi náhradu trov konania vo výške 70,- Eur za zaplatený súdny poplatok a trovy právneho zastúpenia vo výške 340,90 eur na účet právnej zástupkyne žalobcu JUDr. Ľubice Masárovej, č. účtu: XXXXXXXXXX/XXXX, vedenom v M. M., a.s., R.: M XXXX XXXX XXXX XXXX XXXX,BIC: Y., do troch dní od právoplatnosti rozsudku. o d ô v o d n e n i e : Žalobou doručenou súdu dňa 16.10.2014 sa žalobca zastúpený advokátkou domáhal preskúmania zákonnosti rozhodnutia žalovaného č. 1100306/1/348312/2014/4779 zo dňa 31.07.2014, ktorý postupom podľa ust. § 74 ods. 4 zák. č. 563/2009 Z.z. o správe daní a o zmene a doplnení niektorých zákonov (ďalej len „Daňový poriadok“) potvrdil rozhodnutie Daňového úradu Trnava č. 9211401/5/541092/2014 zo dňa 10.02.2014 o vyrubení rozdielu dane vo výške 4.741,63 eur na dani z pridanej hodnoty za zdaňovacie obdobie august 2009, vydané podľa § 68 ods. 5 Daňového poriadku. Žalobca v prvom rade namietal hrubé porušenie práva na spravodlivé konanie správcom dane vo vyrubovacom konaní ako i žalovaným v odvolacom konaní, ktoré je garantované čl. 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 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X. J.,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X. J.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LK IMPOEXPO, s.r.o., žalobca poukázal na výpoveď konateľa spoločnosti Ladislava Kižňanského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B. I., ktorý pri výsluchu uvedené skutočnosti týkajúce sa spolupráce medzi dodávateľom LK IMPOEXPO, s.r.o. a žalobcom tiež potvrdil. Správcom dane zistený skutkový stav nemôže byť dostatočný na prijatie záveru, že dodávateľ LK IMPOEXPO,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Y. N., keď mu nebolo umožnené byť prítomný na jeho vypočutí dňa 01.02.2014 a klásť svedkovi otázky, čím správca dane porušil zásadu zákonnosti, zásadu súčinnosti ako aj ust. § 25 ods. 4 Daňového poriadku. Žalobca popiera pravdivosť obsahu úradných záznamov o tom, že dňa 15.01.2013 a dňa 01.02.2013 bol telefonicky kontaktovaný správcom dane a že neprejavil záujem zúčastniť sa uvedeného výsluchu, čím sa žalovaný pravdepodobne snažil ospravedlniť nezákonný postup pri výsluchu svedka. Vzhľadom na takýto postup žalobca nepriznanie práva na odpočítanie dane z dodávateľských faktúr od spoločnosti LK IMPOEXPO, s.r.o. špecifikovaných v rozhodnutí žalovaného považuje za nezákonné, ktoré vychádza z nedostatočne zisteného skutkového stavu a nesprávneho právneho posúdenia veci, pri ktorom žalovaný nerešpektoval záväzný výklad Súdneho dvora EÚ o výklade čl. 167, čl. 168 písm. a), čl. 178 písm. a) a čl. 273 Smernice 2006/112. K nepriznaniu práva na odpočítanie dane z dodávateľských faktúr od dodávateľa SYOMA,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SYOMA, s.r.o., ako dodávateľ si neplní svoje daňové povinnosti. Žalovaný ani v tomto prípade nepreukázal, že žalobca disponoval informáciou, podľa ktorej mohol predpokladať vznik nezákonnosti na strane jeho dodávateľa. Okrem toho žalobca namietal, že mu neboli predložené všetky doklady, t.j. celý kompletný materiál, s ktorým nemal možnosť oboznámiť sa. Konkrétne žalobca v žalobnom návrhu namietal, že správca dane so žalobcom dňa 18.09.2014 spísal v súvislosti s nazretím do spisu zápisnicu o ústnom pojednávaní, v ktorej na žiadosť zástupkyne žalobcu uviedol zoznam dokladov tvoriacich spis, keď uvedená listina sa v spise nenachádza. 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 K žalobe sa písomne vyjadril žalovaný podaním doručeným súdu dňa 12.01.2015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 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SYOMA s.r.o. neopodstatnene vystupuje v obchodnom reťazci ako priamy žalobcov dodávateľ, ktorý ale nepreukázal, že predmetný tovar nadobudol od svojho dodávateľa a stal sa skutočným vlastníkom tovaru, čo by ho ďalej oprávňovalo tovar predávať. Predmetná spoločnosť navyše so správcom dane nekomunikuje, na adrese sídla spoločnosti uvedenej vo výpise z obchodného registra nesídli, zásielky nepreberá, doklady k daňovej kontrole neboli zo strany spoločnosti predložené. Za preverované zdaňovacie obdobia spoločnosť SYOMA s.r.o. nepodala daňové priznania k dani z pridanej hodnoty (mesiac júl až september 2009), táto spoločnosť svoju daňovú povinnosť žiadnym spôsobom pred správcom dane neobhájila a nebolo možné ju preveriť ani po vyčerpaní riadnych procesných prostriedkov. Uplatnenie práva na 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LK IMPOEXPO, s.r.o. a SYOMA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N.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zák. č. 222/2004 Z.z.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august 2009 vo výške 4.741,63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august 2009 žalobcovi nevzniklo právo na odpočítanie dane z tovarov kúpených v tuzemsku, a to vo vzťahu k spoločnosti LK IMPOEXPO, s.r.o. a vo vzťahu k spoločnosti SYOMA s.r.o., v súhrne 4.741,63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 Daňový úrad Trnava dňa 10.02.2014 pod č. 9211401/5/541092/2014 podľa ust. 68 ods. 5 Daňového poriadku Rozhodnutie o vyrubení rozdielu dane, ktorým vyrubil dňovému subjektu - žalobcovi rozdiel dane v sume 4.741,63 eur na dani z pridanej hodnoty za zdaňovacie obdobie august 2009. Žalobca podal proti rozhodnutiu o vyrubení rozdielu dane odvolanie, v ktorom namietal rešpektovanie maximálnej dĺžky daňovej kontroly, vo vzťahu k spoločnosti LK IMPOEXPO, s.r.o. uviedol, že zmena konateľa spoločnosti v roku 2013, ktorým sa stala cudzia štátna príslušníčka, nemôže mať negatívny vplyv na nárok na uplatnenie odpočtu, pretože je to vecou daňovej správy, že to umožnila. K povinnosti preverovať svojich dodávateľov poukázal na judikatúru Súdneho dvora EÚ (C-642/11, body 49 a 50, C-324/11, bod 43 a spojené veci C-80/11 a C-142/11, body 61 a 65). Žalobca popieral, že by sa zúčastnil, resp. mal vedomosť o tom, že sa zúčastňuje na plnení, ktoré je súčasťou podvodu, pričom mal za to, že správca dane uvedenú skutočnosť žiadnym spôsobom nepreukázal. Vo vzťahu k spoločnosti SYOMA s.r.o. žalobca uviedol, že spoločnosťou dodaný a vo faktúrach deklarovaný tovar nakúpil, a následne z nákupu si uplatnil odpočítanie dane, osoby, ktoré predmetný tovar doviezli nepreveroval, nebolo jeho povinnosťou preverovať účtovné a iné doklady dodávateľa, nakoľko by to bolo v rozpore tak s Obchodným zákonníkom ako aj zákonom o ochrane osobných údajov. V závere taktiež poukázal na už skôr označené rozhodnutia Súdneho dvora EÚ (C-80/11 a C- 142/11, body 61 a 65, C-324/11, bod 43 a C-642/11) a navrhol odvolaním napadnuté prvostupňové rozhodnutie zrušiť. Žalovaný rozhodnutím č. 1100306/1/348312/2014 zo dňa 31.07.2014 postupom podľa ust. § 74 ods. 4 Daňového poriadku rozhodnutie Daňového úradu Trnava o vyrubení rozdielu dane vydanom pod č. 9211401/5/538247/2014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LK IMPOEXPO, s.r.o. a SYOMA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LK IMPOEXPO, s.r.o. a SYOMA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(8 Sžf/41/2011).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(2 Sžo/158/2010). Krajský súd rovnako nezastáva právny názor žalovaného, ktorý bol prezentovaný v inom konaní na tunajšom súde vo veci vedenej pod sp. zn. 20 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ako vecne a miestne príslušný rozhodol o žalobe bez pojednávania postupom v zmysle ust. § 250f ods. 3 O.s.p., nakoľko zrušil napadnuté rozhodnutie správneho orgánu podľa § 250j ods. 3 O.s.p.. Krajský súd sa dňa 14.01.2016 na pojednávaní v rovnakom zložení senátu v obdobnej veci vedenej na Krajskom súde v Trnave pod spis. zn. 14 S/172/2014 oboznámil s listinným dôkazom označeným v žalobnom návrhu ako zápisnica o ústnom pojednávaní zo dňa 18.09.2014, ktorá sa nenachádzala v pripojenom administratívnom spise a ktorá bola následne žalobcom predložená do spisu dňa 26.01.2016, z obsahu ktorej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18.09.2014.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minimálne v jednom prípade predložiť kompletný spisový materiál obsahujúci všetky dôkazy a listiny,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08.01.2014 proti Protokolu č. 9211401/5/5397928/2013 zo dňa 04.12.2013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Súd rozhodol o náhrade trov konania v zmysle ust. § 250k ods. 1 O.s.p., keď procesne úspešnému žalobcovi priznal náhradu trov konania vo výške 410,90 eur, spočívajúce v zaplatenom súdnom poplatku vo výške 70,-Eur a v trovách právneho zastúpenia vo výške 340,90 eur v zmysle vyhlášky č. 655/2004 Z.z. za dva úkony právnej služby á 134 eur (príprava a prevzatie veci, žalobný návrh), 2 x režijný paušál á 8,04 eur + 20% zo sumy 284,08 eur vo výške 56,82 eur, ktorú náhradu trov konania zaviazal žalovaného zaplatiť na účet právneho zástupcu žalobcu v súlade s ust. § 149 ods.1 O.s.p. v spojení s ust. § 246c ods.1 O.s.p.. Vzhľadom na hore uvedené skutočnosti súd rozhodol tak ako je uvedené vo výrokovej časti tohto rozsudku. Toto rozhodnutie senát Krajského súdu v Trnave prijal pomerom hlasov 3:0 (§ 3 ods.9 zák. č. 757/2004 Z.z. v znení zákona č. 33/2011 Z.z.). Poučenie: Proti tomuto rozhodnutiu odvolanie nie je prípustné. Proti výroku o náhrade trov konania je možné podať odvolanie v lehote 15 dní odo dňa doručenia cestou tunajšieho súdu na Najvyšší súd SR.</w:t>
      </w:r>
    </w:p>
    <w:p/>
    <w:p>
      <w:r>
        <w:t>Zdroj: KAUZIS.SK – https://www.kauzis.sk/judikatura/r/ECLI:SK:KSTT:2016:2014200763.2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