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38Sp/56/2014 z 10. 1. 2016</w:t>
      </w:r>
    </w:p>
    <w:p>
      <w:r>
        <w:t>Rozsudok Krajského súdu Trnava z 10. januára 2016, sp. zn. 38Sp/56/2014, ECLI:SK:KSTT:2016:2014200818.1</w:t>
      </w:r>
    </w:p>
    <w:p>
      <w:r>
        <w:t>Súd: Krajský súd Trnava</w:t>
      </w:r>
    </w:p>
    <w:p>
      <w:r>
        <w:t>Spisová značka: 38Sp/56/2014</w:t>
      </w:r>
    </w:p>
    <w:p>
      <w:r>
        <w:t>ECLI: ECLI:SK:KSTT:2016:2014200818.1</w:t>
      </w:r>
    </w:p>
    <w:p>
      <w:r>
        <w:t>Dátum vydania: 10. 1. 2016</w:t>
      </w:r>
    </w:p>
    <w:p>
      <w:r>
        <w:t>Forma: Rozsudok</w:t>
      </w:r>
    </w:p>
    <w:p>
      <w:r>
        <w:t>Oblasť práva: Správne právo</w:t>
      </w:r>
    </w:p>
    <w:p>
      <w:pPr>
        <w:pStyle w:val="Heading2"/>
      </w:pPr>
      <w:r>
        <w:t>Text rozhodnutia</w:t>
      </w:r>
    </w:p>
    <w:p>
      <w:r>
        <w:t>Súd: Krajský súd Trnava Spisová značka: 38Sp/56/2014 Identifikačné číslo súdneho spisu: 2014200818 Dátum vydania rozhodnutia: 11. 01. 2016 Meno a priezvisko sudcu, VSÚ: JUDr. Ľubomír Bundzel ECLI: ECLI:SK:KSTT:2016:2014200818.1 ROZSUDOK V MENE SLOVENSKEJ REPUBLIKY Krajský súd v Trnave samosudcom JUDr. Ľubomírom Bundzelom v právnej veci navrhovateľa: POHOTOVOSŤ, s.r.o., sídlom Pribinova 25, 811 09 Bratislava, IČO: 35 807 598, proti odporcovi: Okresný úrad Dunajská Streda, Agátová 7, 929 01 Dunajská Streda za účasti: K. W., nar. X.X.XXXX, bytom D. XXX, XXX XX D., o preskúmanie rozhodnutia Okresného úradu Dunajská Streda, katastrálneho odboru číslo: V 4079/14-02 zo dňa 8.9.2014, t a k t o r o z h o d o l : Krajský súd napadnuté rozhodnutie odporcu Okresného úradu Dunajská Streda, katastrálneho odboru číslo: V 4079/14-02 zo dňa 8.9.2014 p o t v r d z u j e. Navrhovateľovi sa náhrada trov konania n e p r i z n á v a. Navrhovateľ je povinný zaplatiť súdny poplatok za podanie návrhu vo výške 35 eur na účet tunajšieho súdu do troch dní po právoplatnosti tohto rozsudku. Účastníkovi konania K. W. súd nárok na náhradu trov konania nepriznáva. o d ô v o d n e n i e : Napadnutým rozhodnutím odporcu číslo: V 4079/14-02 zo dňa 8.9.2014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dňa 1.3.2013 je neplatná. Odporca v odôvodnení uviedol, že dohoda o splnomocnení je napísaná na štandardnom zmluvnom formulári, pričom záložca nemal žiadnu možnosť ovplyvniť jej obsah.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Nakoľko odporca dospel k záveru, že predmetná záložná zmluva je v dôsledku neplatnosti zastúpenia neplatná, návrh na vklad zamietol. Proti tomuto rozhodnutiu podal navrhovateľ opravný prostriedok, v ktorom žiadal napadnuté rozhodnutie zrušiť a vec vrátiť na ďalšie konanie.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odporcu, že navrhovateľ vopred určil osobu, ktorá bude oprávnená za dlžníka konať a dlžník nemal možnosť sa sám rozhodnúť, kto ho bude zastupovať. Ďalej poukázal na to, že odporca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odporca nezistil spoľahlivo skutkový stav veci, riadne sa neoboznámil s predkladaným návrhom a znením jednotlivých príloh, následne nesprávne zistil skutkový stav a predmetné plnomocenstvo nesprávne právne posúdil.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 uzavrel dňa 1.3.2013 ako veriteľ zmluvu o úvere č. 208300233 s dlžníkom K. W.. Dlžník sa zaviazal splácať veriteľovi požičanú sumu v pravidelných mesačných splátkach. Na zabezpečenie záväzku vyplývajúceho z poskytnutého úveru uzatvoril K. W. ako záložca v zastúpení ProHelp - združenie občianskoprávnej pomoci s navrhovateľom zmluvu o zriadení záložného práva č. 184/2014-PTR zo dňa 29.4.2014, predmetom ktorej bolo zriadenie záložného práva na nehnuteľnosti nachádzajúce sa v k.ú. D. zapísané v LV č. XXX, parc.č. 966/1 o výmere 632 m2 - záhrady (spoluvlastnícky podiel 1/32), v LV č. XXX, parc.č. 1452/3 o výmere 552 m2 - zastavané plochy a nádvoria, rodinný dom so súp. číslom XXX na parc.č. 1452/3 (spoluvlastnícky podiel 1/4). Keďže predmetom záložného práva bola nehnuteľnosť, podal navrhovateľ návrh na vklad zmluvy o zriadení záložného práva do katastra nehnuteľností. Návrh podaný dňa 9.6.2014 odporca napadnutým rozhodnutím zamietol.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1.3.2013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odporcu je v súlade so zákonom, a preto napadnuté rozhodnutie podľa § 250q ods. 2 O.s.p. potvrdil. O trovách konania súd rozhodol podľa § 246c ods. 1 O.s.p. v spojení s ustanovením § 142 ods. 1 O.s.p. a v konaní v celom rozsahu úspešnému odporcovi náhradu trov konania nepriznal, pretože tento si žiadne trovy neuplatnil a z obsahu spisu nevyplýva, že by mu nejaké trovy konania v súvislosti s týmto konaním vznikli.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https://www.kauzis.sk/judikatura/r/ECLI:SK:KSTT:2016:2014200818.1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