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38Sd/121/2014 z 3. 4. 2016</w:t>
      </w:r>
    </w:p>
    <w:p>
      <w:r>
        <w:t>Rozsudok Krajského súdu Trnava z 3. apríla 2016, sp. zn. 38Sd/121/2014, ECLI:SK:KSTT:2016:2014200819.2</w:t>
      </w:r>
    </w:p>
    <w:p>
      <w:r>
        <w:t>Súd: Krajský súd Trnava</w:t>
      </w:r>
    </w:p>
    <w:p>
      <w:r>
        <w:t>Spisová značka: 38Sd/121/2014</w:t>
      </w:r>
    </w:p>
    <w:p>
      <w:r>
        <w:t>ECLI: ECLI:SK:KSTT:2016:2014200819.2</w:t>
      </w:r>
    </w:p>
    <w:p>
      <w:r>
        <w:t>Dátum vydania: 3. 4. 2016</w:t>
      </w:r>
    </w:p>
    <w:p>
      <w:r>
        <w:t>Forma: Rozsudok</w:t>
      </w:r>
    </w:p>
    <w:p>
      <w:r>
        <w:t>Oblasť práva: Správne právo</w:t>
      </w:r>
    </w:p>
    <w:p>
      <w:pPr>
        <w:pStyle w:val="Heading2"/>
      </w:pPr>
      <w:r>
        <w:t>Text rozhodnutia</w:t>
      </w:r>
    </w:p>
    <w:p>
      <w:r>
        <w:t>Súd: Krajský súd Trnava Spisová značka: 38Sd/121/2014 Identifikačné číslo súdneho spisu: 2014200819 Dátum vydania rozhodnutia: 04. 04. 2016 Meno a priezvisko sudcu, VSÚ: JUDr. Pavol Laczo ECLI: ECLI:SK:KSTT:2016:2014200819.2 ROZSUDOK V MENE SLOVENSKEJ REPUBLIKY Krajský súd v Trnave v konaní pred samosudcom JUDr. Pavlom Laczom v právnej veci navrhovateľa: V. B., nar.X.X.XXXX, bytom C. X. XXX, XXX XX V. X., proti odporkyni: Sociálna poisťovňa - ústredie, Ul. 29 augusta 8, 813 63 Bratislava, o preskúmanie zákonnosti rozhodnutia odporkyne zo dňa 06.05.2014 č. XXX XXX XXXX X a zo dňa 23.05.2014 č. XXX XXX XXXX X-I. takto r o z h o d o l : Krajský súd napadnuté rozhodnutie odporkyne Sociálnej poisťovne - ústredie Bratislava zo dňa 06.05.2014 č. XXX XXX XXXX X a rozhodnutie zo dňa 23.05.2014 č. XXX XXX XXXX X-I. p o t v r d z u j e. Navrhovateľovi súd nárok na náhradu trov konania n e p r i z n á v a. o d ô v o d n e n i e : Napadnutým rozhodnutím odporkyne zo dňa 06.05.2014 č.XXX XXX XXXX X bol navrhovateľovi priznaný invalidný dôchodok podľa § 70 ods. 1 zákona č. 461/2003 Z.z. o sociálnom poistení v znení neskorších predpisov od 16.8.2014 v sume 232,70 Eur mesačne a súčasne podľa § 263a ods. 5 zák.č.461/2003 Z.z. o sociálnom poistení v znení zákona č. 529/2006 Z.z. zaniká od 16.8.2014 nárok na čiastočný invalidný dôchodok podľa § 37 zák.č.100/1988 Zb. o sociálnom zabezpečení v znení neskorších predpisov, na ktorý vznikol nárok od 16.8.2014 podľa § 263a zák.č.461/2003 Z.z. o sociálnom poistení v znení zák.č.529/2006 Z.z. v sume 128,80 Eur mesačne. Z dôvodu že k 16.8.2014 suma čiastočného invalidného dôchodku priznaného podľa zákona účinného do 31.12.2003 bola 128,80 Eur mesačne a suma invalidného dôchodku ktorý vznikol navrhovateľovi podľa zákona účinného od 1.1.2004 vo výške 232,70 Eur odporkyňa rozhodla, že sa navrhovateľovi bude vyplácať dôchodok vo vyššej sume a nárok na dôchodok v nižšej sume zaniká. Rozhodnutím odporkyne zo dňa 23.5.2014 č.XXX XXX XXXX X-I. bol navrhovateľovi od 16.8.2014 odňatý invalidný dôchodok podľa § 263 ods. 1, § 112 ods. 2 a 6 zák.č.461/2003 Z.z. o sociálnom poistení v znení zákona č.310/2006 Z.z. a § 29 zák.č.100/1988 Zb. o sociálnom zabezpečení v znení neskorších predpisov. Svoje rozhodnutie odporkyňa odôvodnila tým, že nárok navrhovateľa na invalidný dôchodok priznaný mu podľa predpisov účinných do 31.12.2003 mu zanikol 3.10.2013 z dôvodu, že podľa posudku posudkového lekára sociálneho poistenia už nie je invalidný podľa § 29 ods. 3 písm. a) zák.č.100/1988 Zb. v znení neskorších predpisov, ale len čiastočne invalidný podľa § 37 ods. 3 písm. b) zák.č.100/1988 Zb. v znení neskorších predpisov a preto nespĺňa podmienky na trvanie nároku na invalidný dôchodok a jeho výplatu. Invalidný dôchodok bol navrhovateľovi odňatý v súlade s § 112 ods. 6 zák.č.461/2003 Z.z. odo dňa nasledujúceho po dni ktorým uplynulo obdobie za ktoré sa už vyplatil. Proti tomuto rozhodnutiu podal navrhovateľ dňa 22.8.2014 opravný prostriedok, v ktorom namietal, že hoci podľa lekárov je jeho stav stabilizovaný, naďalej trpí kŕčovými bolesťami brucha, hnačkami a zvracaním a z dôvodu neustálych črevných problémov si nemôže nájsť prácu. Suma invalidného dôchodku vo výške 232,70 Eur mu nepostačuje na pokrytie základných životných potrieb. Z písomného vyjadrenia odporkyne zo dňa 7.11.2014 vyplýva, že svoje rozhodnutia považuje za vecne správne, keďže navrhovateľov zdravotný stav bol posúdený posudkovou lekárkou v máji 2013 a to na základe kontrolnej lekárskej prehliadky. Následne bol zdravotný stav navrhovateľa posúdený aj 3.10.2013 na základe stanovenej kontrolnej lekárskej prehliadky, pričom bolo zistené, že navrhovateľ nie je invalidný podľa § 39 ods. 3 zák.č.100/1988 Zb., ale len čiastočne invalidný, keďže u neho došlo k zmene výšky miery poklesu schopnosti vykonávať zárobkovú činnosť na 60% v porovnaní so zdravou fyzickou osobou. Z tohto dôvodu bol navrhovateľovi odňatý invalidný dôchodok. Krajský súd preskúmal napadnuté rozhodnutie na pojednávaní podľa § 244 ods. 1, 2 a 3 O.s.p., a § 250l ods. 1 a 2 O.s.p. a dospel k záveru, že napadnuté rozhodnutia odporkyne sú správne. Na pojednávaní konanom dňa 4.4.2016 navrhovateľ uviedol, že od 21.12. 2015 do 31.3.2016 bol práceneschopný. Práceneschopnosť musel ukončiť len z takého dôvodu, že obvodná lekárka ťažko ochorela. Poukázal na to, že medzičasom bol aj zamestnaný, ešte predtým ako nastúpil na PN-ku. Jeho problémy pretrvávali aj v tomto zamestnaní a keď sa zamestnávateľ o nich dozvedel, uviedol, že s ním ukončí pracovný pomer. Jeho zdravotný stav si vyžaduje špecifickú stravu, ktorá spočíva len v konzumácii zeleniny a ovocia a vzhľadom na príjem takejto stravy nemôže vykonávať fyzickú prácu. Poverená zástupkyňa odporkyne na pojednávaní uviedla, že vzhľadom na závery posudkových lekárov nie je navrhovateľ už plne invalidný, ale len čiastočne invalidný.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ods. 1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Podľa § 263a ods. 5 zákona č.461/2003 Z.z. o sociálnom poistení v znení neskorších predpisov (5) Ak poistenec uvedený v odsekoch 1 a 2 má nárok na invalidný dôchodok alebo čiastočný invalidný dôchodok podľa zákona účinného do 31. decembra 2003 a súčasne má nárok na výplatu invalidného dôchodku podľa zákona účinného od 1. januára 2004, vypláca sa invalidný dôchodok, ktorý je vyšší alebo najvyšší. Pri rovnakej sume týchto dôchodkov vypláca sa dôchodok, ktorý si poistenec zvolil. Dňom úpravy výplaty invalidných dôchodkov pre súbeh nárokov na ich výplatu zaniká nárok na invalidný dôchodok, ktorý sa nevypláca. Podľa § 29 ods. 3 zákona č.100/1988 Zb. o sociálnom zabezpečení (3) Občan je invalidný, ak pre dlhodobo nepriaznivý zdravotný stav a) je neschopný vykonávať akékoľvek sústavné zamestnanie, b) je schopný vykonávať sústavné zamestnanie iba za celkom mimoriadnych podmienok (nevidomí občania, občania s veľmi ťažkými ortopedickými chybami a pod.). Zdravotné postihnutia podmieňujúce invaliditu podľa písmena b) ustanoví Ministerstvo práce, sociálnych vecí a rodiny Slovenskej republiky všeobecne záväzným právnym predpisom. Podľa § 37 ods. 3 zákona č.100/1988 Zb. o sociálnom zabezpečení (3) Občan je čiastočne invalidný, ak pre dlhodobo nepriaznivý zdravotný stav a) jeho telesné alebo duševné schopnosti dosahujú polovicu schopností na výkon sústavného zamestnania u zdravých občanov, alebo b) je schopný vykonávať doterajšie alebo iné sústavné zamestnanie len za osobitne uľahčených pracovných podmienok, ktoré ustanoví Ministerstvo práce, sociálnych vecí a rodiny Slovenskej republiky všeobecne záväzným právnym predpisom, alebo c) má značne sťažené všeobecné životné podmienky; zdravotné postihnutia značne sťažujúce všeobecné životné podmienky ustanoví Ministerstvo práce, sociálnych vecí a rodiny Slovenskej republiky všeobecne záväzným právnym predpisom. Z predloženého spisového materiálu krajský súd zistil, že podľa posudku posudkového lekára Sociálnej poisťovne, pobočka Dunajská Streda zo dňa 3.10.2013, ktorý bol vypracovaný na základe kontrolnej lekárskej prehliadky, ktorú navrhovateľ absolvoval bolo zistené, že tento už nie je invalidný podľa § 29 ods. 3 zák.č.100/1988 Zb., ale len čiastočne invalidný podľa § 37 ods. 3 zák.č.100/1988 Zb. o sociálnom zabezpečení v znení neskorších predpisov. Posudkový lekár stanovil dátum zmeny invalidity na čiastočnú invaliditu na deň 3.10.2013. Zo záverov lekárskej správy vydanej posudkovým lekárom vyplýva, že navrhovateľ je invalidný s mierou poklesu schopnosti vykonávať zárobkovú činnosť 60% v porovnaní so zdravou fyzickou osobou a tento posudok bol aj súčasťou napadnutého rozhodnutia. Krajský súd sa stotožňuje s dôvodmi uvedenými odporkyňou vo svojich rozhodnutiach v plnom rozsahu, keď odporkyňa poukázala na to, že posudkoví lekári sociálneho poistenia v konaní ktoré predchádzalo vydaniu napadnutého rozhodnutia ako aj v konaní, ktoré bolo uskutočnené po podaní opravného prostriedku zo strany navrhovateľa vyhodnotili zdravotný stav navrhovateľa podľa odborných lekárskych nálezov a vykonaním vlastného vyšetrenia zdravotného stavu navrhovateľa a vyhodnotili, že navrhovateľov stav v čase, kedy bola vykonaná kontrolná prehliadka t.j. 3.10.2013 nevykazuje znaky plnej invalidity tak ako to vyžaduje ust. § 29 ods. 3 zák.č.100/1988 Zb. o sociálnom zabezpečení v znení neskorších predpisov, ale len znaky čiastočnej invalidity podľa § 37 ods. 3 zák.č.100/1988 Zb., pretože určená miera poklesu schopnosti vykonávať zárobkovú činnosť u navrhovateľa je len 60% v porovnaní so zdravou fyzickou osobou. Rovnako sa súd stotožňuje s argumentáciou odporkyne, že navrhovateľovi sa v priebehu celého konania nepodarilo preukázať žiadnymi relevantnými dôkazmi, že jeho zdravotný stav odôvodňuje vyššiu mieru poklesu schopnosti vykonávať zárobkovú činnosť v porovnaní so zdravou fyzickou osobou, resp. že je potrebné zmeniť dátum vzniku invalidity u navrhovateľa. Z vyššie uvedených dôvodov súd považuje obe rozhodnutia odporkyne za vecne správne.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https://www.kauzis.sk/judikatura/r/ECLI:SK:KSTT:2016:2014200819.2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