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38Sp/57/2014 z 26. 6. 2016</w:t>
      </w:r>
    </w:p>
    <w:p>
      <w:r>
        <w:t>Uznesenie Krajského súdu Trnava z 26. júna 2016, sp. zn. 38Sp/57/2014, ECLI:SK:KSTT:2016:2014200827.2</w:t>
      </w:r>
    </w:p>
    <w:p>
      <w:r>
        <w:t>Súd: Krajský súd Trnava</w:t>
      </w:r>
    </w:p>
    <w:p>
      <w:r>
        <w:t>Spisová značka: 38Sp/57/2014</w:t>
      </w:r>
    </w:p>
    <w:p>
      <w:r>
        <w:t>ECLI: ECLI:SK:KSTT:2016:2014200827.2</w:t>
      </w:r>
    </w:p>
    <w:p>
      <w:r>
        <w:t>Dátum vydania: 26. 6. 2016</w:t>
      </w:r>
    </w:p>
    <w:p>
      <w:r>
        <w:t>Forma: Uznesenie</w:t>
      </w:r>
    </w:p>
    <w:p>
      <w:pPr>
        <w:pStyle w:val="Heading2"/>
      </w:pPr>
      <w:r>
        <w:t>Text rozhodnutia</w:t>
      </w:r>
    </w:p>
    <w:p>
      <w:r>
        <w:t>Súd: Krajský súd Trnava Spisová značka: 38Sp/57/2014 Identifikačné číslo súdneho spisu: 2014200827 Dátum vydania rozhodnutia: 27. 06. 2016 Meno a priezvisko sudcu, VSÚ: JUDr. Andrea Vyskočová ECLI: ECLI:SK:KSTT:2016:2014200827.2 Uznesenie Krajský súd v Trnave v právnej veci navrhovateľa: RNDr. C. D., CSc., nar. XX.XX.XXXX, bytom A. H. č. X, XXX XX U., proti odporcovi: Okresný úrad Trnava, pozemkový a lesný odbor, Vajanského 22, 917 02 Trnava, za účasti: PhDr. H. D., nar. XX.XX.XXXX, bytom L. XXX/XX, XXX XX U., o preskúmanie rozhodnutia odporcu číslo OU-TT-PLO-2014/07025/0 zo dňa 23. septembra 2014, t a k t o r o z h o d o l : Navrhovateľ je p o v i n n ý zaplatiť súdny poplatok za návrh v sume 35 eur, do troch dní od právoplatnosti tohto uznesenia. o d ô v o d n e n i e : Napadnutým rozhodnutím zo dňa 23.09.2014 odporca rozhodol o reštitučnom nároku navrhovateľa uplatnenom v zmysle zákona č. 503/2003 Z.z. o navrátenie vlastníctva k pozemkom a doplnení zákona Národnej rady č. 180/1995 Z.z. o niektorých opatreniach na usporiadanie vlastníctva k pozemkom v znení neskorších predpisov (ďalej len „ zákon č. 503/2003 Z.z.“) tak, že navrhovateľ a účastník konania PhDr. H. D. nespĺňajú podmienky v zmysle ust. § 3 ods. 1 písm. j) zákona č. 503/2003 Z.z. na navrátenie vlastníctva alebo priznania práva na náhradu, a preto sa im nenavracia vlastníctvo a nepriznáva právo na náhradu za pozemok na PK vložke č. 472 pre k.ú. F., parcely „E“ KN, parc. č. 1165/3 - roľa o výmere 968 m2, parc. č. 1165/4 - roľa o výmere 1082 m2, parc. č. 1165/5 - roľa o výmere 1081 m2, parc. č. 1165/6 - roľa o výmere 1080 m2, parc. č. 1165/7 - roľa o výmere 1084 m2, parc. č. 1165/9 - roľa o výmere 873 m2, parc. č. 1165/10 - roľa o výmere 781 m2, parc. č. 1165/11 - roľa o výmere 897 m2, parc. č. 1165/12 - roľa o výmere 906 m2, parc. č. 1165/13 - roľa o výmere 811 m2, parc. č. 1165/15 - roľa o výmere 1072 m2, parc. č. 1165/16 - roľa o výmere 1099 m2, parc. č. 1165/17 - roľa o výmere 1088 m2, parc. č. 1165/18 - roľa o výmere 1205 m2, parc. č. 1165/20 - roľa o výmere 1018 m2, parc. č. 1165/21 - roľa o výmere 759 m2, parc. č. 1165/22 - roľa o výmere 737 m2, parc. č. 1165/23 - roľa o výmere 806 m2, parc. č. 1165/24 - roľa o výmere 860 m2, parc. č. 1165/25 - roľa o výmere 822 m2, parc. č. 1165/26 - roľa o výmere 928 m2, parc. č. 1165/27 - roľa o výmere 1129 m2, parc. č. 1165/29 - roľa o výmere 805 m2, parc. č. 1166/5 - roľa o výmere 739 m2. Rozsudkom č. k. 38 Sp/57/2014 - 48 zo dňa 10.02.2016 tunajší súd napadnuté rozhodnutie odporcu č. OU-TT-PLO-2014/07025/0 zo dňa 23.09.2014 potvrdil, navrhovateľovi náhradu trov konania nepriznal a účastníkovi konania PhDr. H. D. náhradu trov konania nepriznal. Predmetný rozsudok nadobudol dňa 30.03.2016 právoplatnosť. Podľa § 2 ods. 4 zákona č. 71/1992 Zb. o súdnych poplatkoch a poplatku za výpis z registra trestov, v odvolacom konaní je poplatníkom ten, kto podal odvolanie, pri dovolaní ten, kto podal dovolanie. Poplatníkom je tiež ten, kto podal opravný prostriedok proti rozhodnutiu správneho orgánu a v konaní nebol úspešný. Podľa § 5 ods. 1, písm. h) zákona č. 71/1992 Zb. o súdnych poplatkoch a poplatku za výpis z registra trestov, poplatková povinnosť vzniká v ostatných prípadoch nadobudnutím právoplatnosti rozhodnutia súdu, ktorým sa povinnosť zaplatiť poplatok uložila v súvislosti s rozhodnutím vo veci samej. Podľa položky 10 písm. e) Sadzobníka súdnych poplatkov, ktorý tvorí prílohu zákona č. 71/1992 Zb. o súdnych poplatkoch a poplatku za výpis z registra trestov, za konanie o opravnom prostriedku proti rozhodnutiu správneho orgánu, ak rozhodol okresný súd alebo krajský súd, sa vyberá poplatok vo výške 35 eur. Vzhľadom na vyššie uvedené, súd uložil navrhovateľovi povinnosť zaplatiť súdny poplatok za návrh v zmysle ust. § 2 ods. 4, § 5 ods. 1, písm. h) zákona č. 71/1992 Zb. o súdnych poplatkoch podľa položky 10 písm. e) sadzobníka súdnych poplatkov, ktorý tvorí prílohu zákona. Poučenie: Proti tomuto uzneseniu je možné podať odvolanie v lehote 15 dní od jeho doručenia na Krajský súd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https://www.kauzis.sk/judikatura/r/ECLI:SK:KSTT:2016:2014200827.2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