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43Sd/7/2015 z 24. 4. 2016</w:t>
      </w:r>
    </w:p>
    <w:p>
      <w:r>
        <w:t>Rozsudok Krajského súdu Trnava z 24. apríla 2016, sp. zn. 43Sd/7/2015, ECLI:SK:KSTT:2016:2015200042.2</w:t>
      </w:r>
    </w:p>
    <w:p>
      <w:r>
        <w:t>Súd: Krajský súd Trnava</w:t>
      </w:r>
    </w:p>
    <w:p>
      <w:r>
        <w:t>Spisová značka: 43Sd/7/2015</w:t>
      </w:r>
    </w:p>
    <w:p>
      <w:r>
        <w:t>ECLI: ECLI:SK:KSTT:2016:2015200042.2</w:t>
      </w:r>
    </w:p>
    <w:p>
      <w:r>
        <w:t>Dátum vydania: 24. 4. 2016</w:t>
      </w:r>
    </w:p>
    <w:p>
      <w:r>
        <w:t>Forma: Rozsudok</w:t>
      </w:r>
    </w:p>
    <w:p>
      <w:r>
        <w:t>Oblasť práva: Správne právo</w:t>
      </w:r>
    </w:p>
    <w:p>
      <w:pPr>
        <w:pStyle w:val="Heading2"/>
      </w:pPr>
      <w:r>
        <w:t>Text rozhodnutia</w:t>
      </w:r>
    </w:p>
    <w:p>
      <w:r>
        <w:t>Súd: Krajský súd Trnava Spisová značka: 43Sd/7/2015 Identifikačné číslo súdneho spisu: 2015200042 Dátum vydania rozhodnutia: 25. 04. 2016 Meno a priezvisko sudcu, VSÚ: JUDr. Ľubomír Bundzel ECLI: ECLI:SK:KSTT:2016:2015200042.2 ROZSUDOK V MENE SLOVENSKEJ REPUBLIKY Krajský súd v Trnave v konaní pred sudcom JUDr. Ľubomírom Bundzelom v právnej veci navrhovateľa: T. M., nar. XX.XX.XXXX, bytom Y. XXX/XXX, XXX XX A. proti odporkyni Sociálnej poisťovni- ústredie, ul. 29. augusta č. 8, Bratislava, o preskúmanie zákonnosti rozhodnutia odporkyne takto r o z h o d o l : Krajský súd napadnuté rozhodnutie odporkyne Sociálnej poisťovne - ústredie Bratislava č. XXX XXX XXXX X zo dňa 1. decembra 2015 podľa § 250j ods. 2 písm. a) a d) O.s.p. z r u š u j e a vec jej vracia na ďalšie konanie. Navrhovateľovi sa náhrada trov konania nepriznáva. o d ô v o d n e n i e : Rozhodnutím č. XXX XXX XXXX X zo dňa 16.9.2014 bol navrhovateľovi podľa § 73 a § 112 ods. 4 zákona č. 461/2003 Z.z. o sociálnom poistení v znení neskorších predpisov (ďalej len zákon o sociálnom poistení) zamietnutá žiadosť o zvýšenie invalidného dôchodku. V odôvodnení rozhodnutia bolo konštatované, že trvanie invalidity bolo na podklade jeho žiadosti o zvýšenie invalidného dôchodku posudkovým lekárom sociálneho poistenia, pobočky Sociálnej poisťovne Galanta opätovne preskúmané s tým záverom, že navrhovateľ je naďalej invalidný podľa § 71 ods. 1 zákona o sociálnom poistení, pričom jeho pokles schopnosti vykonávať zárobkovú činnosť podľa posudkového záveru posudkového lekára bol stanovený na 70%. V tejto súvislosti bolo zo strany odporkyne konštatované, že posúdenie zdravotného stavu navrhovateľa, ktorému zodpovedá percentuálne vyjadrenie miery poklesu schopnosti vykonávať zárobkovú činnosť je obsahom pripojenej lekárskej správy zo dňa 22.7.2014, ktorá tvorí neoddeliteľnú súčasť odôvodnenia tohto rozhodnutia a sú v nej uvedené všetky rozhodujúce skutočnosti, ktoré boli podkladom na vyhotovenie posudkového záveru o tom, že navrhovateľ je naďalej invalidný podľa § 71 ods. 1 zákona o sociálnom poistení s rovnakou mierou schopnosti vykonávať zárobkovú činnosť ako pri jeho predchádzajúcom posúdení jeho zdravotného stavu. Vzhľadom k tomu, že sa nezmenili skutočnosti rozhodujúce na nárok na výplatu invalidného dôchodku a jeho sumu podľa § 73 ods. 2 zákona o sociálnom poistení navrhovateľovi patrí invalidný dôchodok v nezmenenej sume. Navrhovateľ napadol správnosť tohto rozhodnutia návrhom na jeho preskúmanie, doručeným odporkyni dňa 6.10.2014, pričom podľa obsahu svojho podania žiadal rozhodnutie odporkyne zrušiť a vec jej vrátiť na ďalšie konanie. Mal za to, že jeho zdravotný stav nebol posúdený objektívne, pričom boli prehliadnuté niektoré skutočnosti (pracovné zaradenie, práca v noci) a tiež nebolo zohľadnené, že jeho zdravotný stav sa rapídne zhoršuje a že u neho nastali nové zdravotné problémy (závažné zmeny pri chôdzi). Poukázal na to, že v dôsledku týchto zdravotných problémov zakopáva na rovnom teréne ako aj na schodoch, pričom viackrát už v dôsledku týchto zdravotných problémov spadol. Ďalej uviedol, že vzhľadom k tomu, že pracuje ako prevádzkový elektromontér, v dôsledku závratov ktoré máva, tieto problémy mu neumožňujú vykonávať túto prácu. Okrem toho má hypertenziu III./WHO, prekonal mozgovú príhodu a tiež sa mu pridružil ďalší zdravotný problém spočívajúci vo vysokom tlaku, ktorý je u neho veľmi kolísavý. Ďalej tvrdil, že má problémy s pamäťou a stráca orientačný zmysel. Stále pociťuje únavu, bolí ho chrbtica ako aj celé telo a nevie dobre spať a má depresívne stavy. Podľa § 70 ods. 1 zákona č. 461/2003 Z.z. v znení neskorších predpisov (ďalej len zákon),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schopností vykonávať zárobkovú činnosť. Na určení zvýšenia hodnoty sa vychádza z predchádzajúceho výkonu zárobkovej činnosti, dosiahnutého vzdelania, skúseností a schopností rekvalifikácie. Obdobne to platí ak pokles schopnosti vykonávať zárobkovú činnosť je dôsledkom viacerých zdravotných postihnutí podmieňujúcich dlhodobo nepriaznivý zdravotný stav. Podľa § 71 ods. 9 zákona,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Podľa § 71 ods. 10 zákona, dlhodobo nepriaznivý zdravotný stav na účely invalidity sa posúdi opätovne, ak sa predpokladá zmena vo vývoji zdravotného stavu a zmena schopností vykonávať zárobkovú činnosť. Podľa § 112 ods. 4 zákona o sociálnom poistení sa výplata dávky zastaví, uvoľní alebo sa dávka vypláca v nižšej sume alebo vo vyššej sume, ak sa zmenia skutočnosti rozhodujúce na nárok na výplatu dávky. Navrhovateľ v konaní pred súdom predložil psychiatrické vyšetrenie zo dňa 27.1.2015, ktoré nemohlo byť zhodnotené v dôsledku toho, že naposledy bol posudzovaný posudkovým lekárom dňa 20.1.2015. Súdu ďalej predložil lekárske nálezy od neurológa zo dňa 19.10.2015 ako aj od internistu zo dňa 1.10.2015, ktoré podľa jeho názoru odôvodňujú zhoršenie jeho zdravotného stavu. Taktiež poukázal na záznam o prerokovaní vývoja obnovy pracovnej schopnosti spísaný na Sociálnej poisťovni, pobočka v Galante, keď sám posudkový lekár v tomto zázname konštatuje, že u neho sa nepredpokladá obnova pracovnej schopnosti, skôr je predpoklad dlhodobo nepriaznivého zdravotného stavu. Žiadal preto, aby jeho zdravotný stav bol, vzhľadom na doložené nové lekárske nálezy, znovuposúdený. Poverená zástupkyňa odporkyne na pojednávaní uviedla, že vzhľadom na doloženie nových lekárskych nálezov nemá námietky voči znovuposúdeniu zdravotného stavu navrhovateľa posudkovým lekárom. Z pripojeného spisového materiálu odporkyne krajský súd zistil, že na základe žiadosti navrhovateľa o zvýšenie sumy invalidného dôchodku odporkyňa najskôr rozhodnutím č. XXX XXX XXXX X zo dňa 16.9.2014 zamietla jeho žiadosť o zvýšenie invalidného dôchodku, s ktorým rozhodnutím navrhovateľ nesúhlasil. V priebehu preskúmavacieho konania bol zdravotný stav navrhovateľa posudzovaný v dňoch 20.1.2015, pričom v lekárskej správe - posudku bolo konštatované, že navrhovateľ je invalidný podľa § 71 ods. 1 zákona o sociálnom poistení, lebo pre dlhodobo nepriaznivý zdravotný stav má pokles schopnosti vykonávať zárobkovú činnosť o viac ako 40% v porovnaní so zdravou fyzickou osobou, čo v jeho prípade predstavuje 70% mieru poklesu schopnosti vykonávať zárobkovú činnosť. Ďalšou lekárskou správou - posudkom zo dňa 24.11.2015 bolo konštatované, že u navrhovateľa invalidita trvá naďalej, pričom v jeho prípade došlo k zmene miery poklesu schopnosti vykonávať zárobkovú činnosť na 75% počnúc od 21.9.2015, pričom dátum zmeny bol posudkovým lekárom stanovený dňom 21.9.2015, vychádzajúc z psychiatrického vyšetrenia, kedy bol potvrdený u navrhovateľa organický psychosyndróm, stredne ťažký a demencia zmiešaného typu pri kortikálnej atrofii mozgu, čo bolo potvrdené týmto vyšetrením. Navrhovateľ s týmto konštatovaním nesúhlasil, pričom vo svojom písomnom vyjadrení uviedol, že táto diagnóza bola u neho zistená už skôr, čo preukázal aj lekárskymi nálezmi, ktoré boli doručené súdu 9.2.2015. Podľa názoru krajského súdu po preskúmaní pôvodne napadnutého rozhodnutia, ktoré bolo odporkyňou zrušené postupom podľa § 112 zákona o sociálnom poistení, a to rozhodnutím č. XXX XXX XXXX X zo dňa 30.11.2015 ako aj ďalšieho rozhodnutia vydaného odporkyňou v priebehu preskúmavacieho konania (rozhodnutie Sociálnej poisťovne č. XXX XXX XXXX X zo dňa 1.12.2015, ktorým bol navrhovateľovi podľa § 73, § 112 ods. 4 a § 82 zákona o sociálnom poistení v znení neskorších predpisov zvýšený invalidný dôchodok od 21.9.2015 na 500,40 eur mesačne) ako aj konania, ktoré mu predchádzalo súd dospel k záveru, že navrhovateľom napadnuté nové rozhodnutie odporkyne je potrebné považovať za nepreskúmateľné pre nedostatok dôvodov, pretože odporkyňa náležitým spôsobom sa nezaoberala navrhovateľom namietaným, resp. požadovaným dátumom vzniku invalidity. Navrhovateľ v tejto súvislosti predovšetkým poukázal na ním doložené lekárske nálezy o jeho zdravotnom stave (lekársky nález zo dňa 27.1.2015 od psychiatra), ktoré súdu doručil 9.2.2015, pričom mal za to, že psychiatrickým vyšetrením zo dňa 27.1.2015 bola už potvrdená diagnóza konštatovaná v lekárskom náleze - posudku posudkového lekára zo dňa 24.11.2015. Súd vzhľadom k týmto zisteniam považoval jeho námietku za dôvodnú, a posudkovým lekárom stanovený záver o dátumu vzniku plnej invalidity (21.9.2015) nie je dostatočne doložený vykonaním dokazovaním. Skutočne podľa navrhovateľom doloženej lekárskej správy zo dňa 27.1.2015 bolo toto jeho zdravotné postihnutie (choroby nervového systému - organicky psychosyndróm konštatovaný už v tejto lekárskej správe), pričom takýto záver o znížení, resp. zvýšení miery poklesu schopnosti vykonávať zárobkovú činnosť je právne významný pre určenie rozhodného obdobia, potrebného na posúdenie vzniku nároku na dávku, avšak dokazovanie ako aj odôvodnenie musí byť k tejto otázke vykonané spôsobom, aby o dátumu vzniku invalidity nevznikli pochybnosti (viď rozsudok Najvyššieho súdu SR sp.zn. 1Sdo/14/2005 zo dňa 30.5.2006). Samotné konštatovanie posudkového lekára, že navrhovateľovi ako posudzovanému bol až psychiatrickým vyšetrením zo dňa 21.9.2015 potvrdený organický psychosyndróm nemožno považovať v tomto smere za dostatočné a správne, nakoľko už z lekárskej správy zo dňa 27.1.2015 bolo u navrhovateľa konštatované toto postihnutie a tento zdravotný problém. Vzhľadom k vyššie zisteným skutočnostiam, po vykonanom dokazovaní, oboznámení sa s kompletným spisovým materiálom odporkyne ako aj jednotlivými lekárskymi nálezmi - posudkami posudkových lekárov bolo zistené, že odporkyňa sa posúdením zdravotného stavu navrhovateľa nezaoberala riadne, a to najmä z hľadiska stanovenia počiatku dátumu vzniku invalidity u navrhovateľa, pričom za tohto stavu vec nesprávne právne posúdila. Z vyššie uvedených dôvodov krajský súd napadnuté rozhodnutie odporkyne zrušil a vec jej vrátil na ďalšie konanie s poukazom na ust. § 250j ods. 2 písm. a) a d) O.s.p., pričom správny orgán pri novom prejednaní je viazaný právnym názorom súdu (§ 250r O.s.p.). O trovách konania súd rozhodol podľa § 250l ods. 2 O.s.p. v spojení s ust. § 250k ods. 1 O.s.p. tak, že navrhovateľovi súd náhradu trov konania nepriznal, nakoľko mu žiadne trovy konania v tomto konaní nevznikli.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https://www.kauzis.sk/judikatura/r/ECLI:SK:KSTT:2016:2015200042.2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