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38Sp/8/2015 z 17. 1. 2016</w:t>
      </w:r>
    </w:p>
    <w:p>
      <w:r>
        <w:t>Rozsudok Krajského súdu Trnava z 17. januára 2016, sp. zn. 38Sp/8/2015, ECLI:SK:KSTT:2016:2015200131.1</w:t>
      </w:r>
    </w:p>
    <w:p>
      <w:r>
        <w:t>Súd: Krajský súd Trnava</w:t>
      </w:r>
    </w:p>
    <w:p>
      <w:r>
        <w:t>Spisová značka: 38Sp/8/2015</w:t>
      </w:r>
    </w:p>
    <w:p>
      <w:r>
        <w:t>ECLI: ECLI:SK:KSTT:2016:2015200131.1</w:t>
      </w:r>
    </w:p>
    <w:p>
      <w:r>
        <w:t>Dátum vydania: 17. 1. 2016</w:t>
      </w:r>
    </w:p>
    <w:p>
      <w:r>
        <w:t>Forma: Rozsudok</w:t>
      </w:r>
    </w:p>
    <w:p>
      <w:r>
        <w:t>Oblasť práva: Správne právo</w:t>
      </w:r>
    </w:p>
    <w:p>
      <w:pPr>
        <w:pStyle w:val="Heading2"/>
      </w:pPr>
      <w:r>
        <w:t>Text rozhodnutia</w:t>
      </w:r>
    </w:p>
    <w:p>
      <w:r>
        <w:t>Súd: Krajský súd Trnava Spisová značka: 38Sp/8/2015 Identifikačné číslo súdneho spisu: 2015200131 Dátum vydania rozhodnutia: 18. 01. 2016 Meno a priezvisko sudcu, VSÚ: JUDr. Pavol Laczo ECLI: ECLI:SK:KSTT:2016:2015200131.1 ROZSUDOK V MENE SLOVENSKEJ REPUBLIKY Krajský súd v Trnave samosudcom JUDr. Pavlom Laczom v právnej veci navrhovateľky: POHOTOVOSŤ, s.r.o., so sídlom Pribinova 25, Bratislava, IČO: 35 807 598, proti odporcovi: Okresný úrad Dunajská Streda, katastrálny odbor, Agátová 7, 929 01 Dunajská Streda, za účasti: M. S., nar. XX.XX.XXXX, bytom C. XXX, XXX XX C., o preskúmanie rozhodnutia správneho orgánu č. V 7857/14-02 zo dňa 13.01.2015, na základe odvolania navrhovateľky, takto r o z h o d o l : Krajský súd napadnuté rozhodnutie odporcu zo dňa 13. januára 2015 č. V 7857/14-02 p o t v r d z u j e. Navrhovateľke náhradu trov konania n e p r i z n á v a. Zúčastnenej osobe M. S. náhradu trov konania nepriznáva. Navrhovateľka je povinná zaplatiť súdny poplatok za podanie návrhu vo výške 35,-€ na účet tunajšieho súdu do 3 dní od právoplatnosti rozhodnutia. o d ô v o d n e n i e : Napadnutým rozhodnutím odporkyne č. V 7857/14-02 zo dňa 13.01.2015,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M. S. sa na pojednávanie nedostavil, svoju neúčasť neospravedlnil.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21.8.2013 a 20.12.2013 ako veriteľ zmluvu o úvere č.208300296 a č.209500044 s dlžníkom M. S.. Dlžník sa zaviazal splácať veriteľovi požičanú sumu v pravidelných mesačných splátkach. Na zabezpečenie záväzku vyplývajúceho z poskytnutého úveru uzatvoril M. S. ako záložca v zastúpení združením ProHelp - združenie občianskoprávnej pomoci s navrhovateľkou zmluvu o zriadení záložného práva č.477/2014-RAČ zo dňa 3.10.2014, predmetom ktorej bolo zriadenie záložného práva na nehnuteľnosti v podielovom spoluvlastníctve p. M. S..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7.11.2014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21.08.2013 a 20.12.2013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M. S.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https://www.kauzis.sk/judikatura/r/ECLI:SK:KSTT:2016:2015200131.1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