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14S/63/2015 z 6. 1. 2016</w:t>
      </w:r>
    </w:p>
    <w:p>
      <w:r>
        <w:t>Uznesenie Krajského súdu Trnava z 6. januára 2016, sp. zn. 14S/63/2015, ECLI:SK:KSTT:2016:2015200222.2</w:t>
      </w:r>
    </w:p>
    <w:p>
      <w:r>
        <w:t>Súd: Krajský súd Trnava</w:t>
      </w:r>
    </w:p>
    <w:p>
      <w:r>
        <w:t>Spisová značka: 14S/63/2015</w:t>
      </w:r>
    </w:p>
    <w:p>
      <w:r>
        <w:t>ECLI: ECLI:SK:KSTT:2016:2015200222.2</w:t>
      </w:r>
    </w:p>
    <w:p>
      <w:r>
        <w:t>Dátum vydania: 6. 1. 2016</w:t>
      </w:r>
    </w:p>
    <w:p>
      <w:r>
        <w:t>Forma: Uznesenie</w:t>
      </w:r>
    </w:p>
    <w:p>
      <w:pPr>
        <w:pStyle w:val="Heading2"/>
      </w:pPr>
      <w:r>
        <w:t>Text rozhodnutia</w:t>
      </w:r>
    </w:p>
    <w:p>
      <w:r>
        <w:t>Súd: Krajský súd Trnava Spisová značka: 14S/63/2015 Identifikačné číslo súdneho spisu: 2015200222 Dátum vydania rozhodnutia: 07. 01. 2016 Meno a priezvisko sudcu, VSÚ: JUDr. Pavol Laczo ECLI: ECLI:SK:KSTT:2016:2015200222.2</w:t>
      </w:r>
    </w:p>
    <w:p>
      <w:r>
        <w:t>Uznesenie Krajský súd v Trnave v právnej veci žalobcu: RUSSEL EXPORT-IMPORT, s.r.o., so sídlom Záhradnícka 15, 811 07 Bratislava, IČO: 44 092 580, proti žalovanému: Daňový úrad Trnava, pobočka Dunajská Streda, so sídlom Biskupa Kondého 2, 929 01 Dunajská Streda, o preskúmanie zákonnosti rozhodnutia žalovaného č. 9210401/5/428801/2015/Szal zo dňa 26.02.2015, takto</w:t>
      </w:r>
    </w:p>
    <w:p>
      <w:r>
        <w:t>r o z h o d o l :</w:t>
      </w:r>
    </w:p>
    <w:p>
      <w:r>
        <w:t>Súd konanie zastavuje.</w:t>
      </w:r>
    </w:p>
    <w:p>
      <w:r>
        <w:t>Žiaden z účastníkov nemá nárok na náhradu trov konania.</w:t>
      </w:r>
    </w:p>
    <w:p>
      <w:r>
        <w:t>o d ô v o d n e n i e :</w:t>
      </w:r>
    </w:p>
    <w:p>
      <w:r>
        <w:t>Žalobou doručenou súdu dňa 24.03.2015, sa žalobca prostredníctvom splnomocneného právneho zástupcu (JUDr. Ľudovít Földes) domáhal preskúmania zákonnosti rozhodnutia žalovaného č. 9210401/5/428801/2015/Szal zo dňa 26.02.2015, ktorým žalobcovi oznámil, že ním podané odvolanie zo dňa 19.01.2015 proti dodatočnému platobnému výmeru č. 9210401/5/5332362/2014/Szal nebolo podané zákonom predpísaným spôsobom a nezakladá právne účinky, nakoľko bolo správcovi dane doručené v listinnej podobe a nie elektronickými prostriedkami, teda tak, ako to predpokladá ust. § 14 ods. 1 písm. a) zákona č. 563/2009 Z. z. o správe daní (daňový poriadok) a o zmene a doplnení niektorých zákonov.</w:t>
      </w:r>
    </w:p>
    <w:p>
      <w:r>
        <w:t>Dňa 24.09.2015 oznámil právny zástupca žalobcu tunajšiemu súdu, že dňom 27.05.2015 ukončil zastupovanie žalobcu. Súčasne doručil Dohodu o skončení zmluvy o poskytovaní právnej pomoci.</w:t>
      </w:r>
    </w:p>
    <w:p>
      <w:r>
        <w:t>Vzhľadom na vyššie uvedené vyzval Krajský súd v Trnave žalobcu uznesením č.k.14S/63/2015 - 56 zo dňa 07.10.2015, aby v lehote 10 dní od doručenia uznesenia doplnil žalobu tak, že predloží súdu plnú moc udelenú advokátovi na zastupovanie v tomto konaní, pokiaľ sám nemá právnické vzdelanie, nakoľko v zmysle § 250a O.s.p. je vo veci povinné právne zastúpenie. Toto uznesenie nadobudlo právoplatnosť dňa 19.11.2015, žalobca súdu plnú moc nepredložil.</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V konaní bolo preukázané, že žalobca bol riadne poučený o tom, že v konaní o návrhu na preskúmanie právoplatného rozhodnutia orgánu verejnej správy je povinné právne zastúpenie, v prípade jeho nedoplnenia bude konanie v zmysle ustanovenia § 250d ods. 3 O.s.p zastavené.</w:t>
      </w:r>
    </w:p>
    <w:p>
      <w:r>
        <w:t>Vzhľadom na vyššie uvedené skutočnosti súd považuje za preukázané splnenie podmienok pre zastavenie konania v zmysle § 250d ods. 3 O.s.p. z dôvodu, že účastník nie je riadne zastúpený.</w:t>
      </w:r>
    </w:p>
    <w:p>
      <w:r>
        <w:t>Toto rozhodnutie senát Krajského súdu v Trnave prijal pomerom hlasov 3:0 (§ 3 ods. 9 zák. č. 757/2004 Z.z. v znení zák. č. 33/2011 Z.z.).</w:t>
      </w:r>
    </w:p>
    <w:p>
      <w:r>
        <w:t>Poučenie:</w:t>
      </w:r>
    </w:p>
    <w:p>
      <w:r>
        <w:t>Proti tomuto uzneseniu možno podať odvolanie do 15 dní odo dňa jeho doručenia na Najvyšší súd SR prostredníctvom Krajského súdu v Trnave, písomne, dvojmo.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https://www.kauzis.sk/judikatura/r/ECLI:SK:KSTT:2016:2015200222.2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