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20S/35/2015 z 19. 1. 2016</w:t>
      </w:r>
    </w:p>
    <w:p>
      <w:r>
        <w:t>Uznesenie Krajského súdu Trnava z 19. januára 2016, sp. zn. 20S/35/2015, ECLI:SK:KSTT:2016:2015200262.2</w:t>
      </w:r>
    </w:p>
    <w:p>
      <w:r>
        <w:t>Súd: Krajský súd Trnava</w:t>
      </w:r>
    </w:p>
    <w:p>
      <w:r>
        <w:t>Spisová značka: 20S/35/2015</w:t>
      </w:r>
    </w:p>
    <w:p>
      <w:r>
        <w:t>ECLI: ECLI:SK:KSTT:2016:2015200262.2</w:t>
      </w:r>
    </w:p>
    <w:p>
      <w:r>
        <w:t>Dátum vydania: 19. 1. 2016</w:t>
      </w:r>
    </w:p>
    <w:p>
      <w:r>
        <w:t>Forma: Uznesenie</w:t>
      </w:r>
    </w:p>
    <w:p>
      <w:pPr>
        <w:pStyle w:val="Heading2"/>
      </w:pPr>
      <w:r>
        <w:t>Text rozhodnutia</w:t>
      </w:r>
    </w:p>
    <w:p>
      <w:r>
        <w:t>Súd: Krajský súd Trnava Spisová značka: 20S/35/2015 Identifikačné číslo súdneho spisu: 2015200262 Dátum vydania rozhodnutia: 20. 01. 2016 Meno a priezvisko sudcu, VSÚ: JUDr. Róbert Foltán ECLI: ECLI:SK:KSTT:2016:2015200262.2 Uznesenie Krajský súd v Trnave v právnej veci žalobcu: PREFA Bytča - Hrabové.SK, s r.o., so sídlom Pekárska 11, 917 01 Trnava, IČO: 31 630 405, proti žalovanému: Daňový úrad Trnava, so sídlom Hlboká 8/1, 917 65 Trnava, o preskúmanie zákonnosti rozhodnutia žalovaného č. 9200303/5/178813/2015 zo dňa 23. januára 2015, t a k t o r o z h o d o l : Súd konanie z a s t a v u j e . Žiaden z účastníkov nemá právo na náhradu trov konania. o d ô v o d n e n i e : Žalobou zo dňa 02.04.2015, doručenou súdu dňa 07.04.2015, sa žalobca prostredníctvom právneho zástupcu domáhal preskúmania zákonnosti rozhodnutia žalovaného č. 9200303/5/178813/2015 zo dňa 23.01.2015, ktorým tento postupom podľa ust. § 71 zákona č. 563/2009 Z. z. o správe daní (daňový poriadok) a o zmene a doplnení niektorých zákonov (ďalej len „Daňový poriadok“) v nadväznosti na ust. § 80 ods. 1 Daňového poriadku nevyhovel námietke žalobcu zo dňa 05.01.2015 podanej elektronickými prostriedkami pod č. 6/00036266/2015 proti výzve správcu dane č. 9200303/5/5463497/2014 zo dňa 18.12.2014, ktorou bol žalobca vyzvaný na zaplatenie daňového nedoplatku v celkovej výške 1.340,90 eur, a to v lehote určenej príslušným správcom dane. Vzhľadom na to, že zo zákonných ustanovení Piatej časti, Druhej hlavy Občianskeho súdneho poriadku (zákon č. 99/1963 Zb.; ďalej len „O.s.p.“) - „Rozhodovanie o žalobách proti rozhodnutiam a postupom správnych orgánov“ obligatórne vyplýva povinnosť (nutnosť) zastúpenia žalobcu advokátom (výnimky ustanovuje už citované ust. § 250a O.s.p.), súd postupom podľa ust. § 246c ods. 1 v spojení s § 43 ods. 1 O.s.p. žalobcu uznesením č. k. 20S/35/2015-29 zo dňa 03.11.2015 vyzval, aby tento v lehote 10 dní od doručenia predmetného uznesenia doplnil žalobu tak, že predloží súdu originál, respektíve overenú fotokópiu plnej moci udelenej v žalobe označenej spoločnosti Burian &amp; partners, s.r.o. (alebo inému advokátovi). Žalobca i napriek predmetnej výzve žalobu tunajším súdom predpísaným spôsobom nedoplnil.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na základe skutkových zistení v danej veci dospel k záveru, že v uvedenom prípade sú dôvody pre postup podľa ust. § 250d ods. 3 O.s.p., nakoľko žalobca neodstránil vady žaloby v zmysle vyššie uvedeného uznesenia, pričom tieto bránia vecnému vybaveniu žaloby. O náhrade trov konania krajský súd rozhodoval podľa ust. § 246c ods. 1 O.s.p. v spojení § 146 ods. 2 O.s.p. tak, že žiaden z účastníkov nemá právo na náhradu trov konania, nakoľko žalobca zavinil zastavenie konania a žalovanému náhrada trov konania neprislúcha. Toto rozhodnutie senát Krajského súdu v Trnave prijal pomerom hlasov 3:0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https://www.kauzis.sk/judikatura/r/ECLI:SK:KSTT:2016:2015200262.2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