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20S/35/2015 z 25. 10. 2016</w:t>
      </w:r>
    </w:p>
    <w:p>
      <w:r>
        <w:t>Uznesenie Krajského súdu Trnava z 25. októbra 2016, sp. zn. 20S/35/2015, ECLI:SK:KSTT:2016:2015200262.3</w:t>
      </w:r>
    </w:p>
    <w:p>
      <w:r>
        <w:t>Súd: Krajský súd Trnava</w:t>
      </w:r>
    </w:p>
    <w:p>
      <w:r>
        <w:t>Spisová značka: 20S/35/2015</w:t>
      </w:r>
    </w:p>
    <w:p>
      <w:r>
        <w:t>ECLI: ECLI:SK:KSTT:2016:2015200262.3</w:t>
      </w:r>
    </w:p>
    <w:p>
      <w:r>
        <w:t>Dátum vydania: 25. 10. 2016</w:t>
      </w:r>
    </w:p>
    <w:p>
      <w:r>
        <w:t>Forma: Uznesenie</w:t>
      </w:r>
    </w:p>
    <w:p>
      <w:pPr>
        <w:pStyle w:val="Heading2"/>
      </w:pPr>
      <w:r>
        <w:t>Text rozhodnutia</w:t>
      </w:r>
    </w:p>
    <w:p>
      <w:r>
        <w:t>Súd: Krajský súd Trnava Spisová značka: 20S/35/2015 Identifikačné číslo súdneho spisu: 2015200262 Dátum vydania rozhodnutia: 26. 10. 2016 Meno a priezvisko sudcu, VSÚ: JUDr. Róbert Foltán ECLI: ECLI:SK:KSTT:2016:2015200262.3 Uznesenie Krajský súd v Trnave, v senáte zloženom z predsedu senátu JUDr. Róberta Foltána a členov senátu JUDr. Boženy Husárovej a JUDr. Pavla Lacza, v právnej veci žalobcu: PREFA Bytča - Hrabové.SK, s.r.o., so sídlom Pekárska 11, 917 01 Trnava, IČO: 31 630 405, právne zast.: Burian &amp; partners, s.r.o., advokátska kancelária, so sídlom V. Tvrdého 819/1, 010 01 Žilina, IČO: 47 254 483, proti žalovanému: Daňový úrad Trnava, so sídlom Hlboká 8/1, 917 65 Trnava, o preskúmanie zákonnosti rozhodnutia žalovaného č. 9200303/5/178813/2015 zo dňa 23. januára 2015, t a k t o r o z h o d o l : Správny súd konanie z a s t a v u j e . Žiaden z účastníkov konania nemá právo na náhradu trov konania. o d ô v o d n e n i e : 1. Žalobou zo dňa 02.04.2015, doručenou súdu dňa 07.04.2015, sa žalobca prostredníctvom právneho zástupcu domáhal preskúmania zákonnosti rozhodnutia žalovaného č. 9200303/5/178813/2015 zo dňa 23.01.2015, ktorým tento postupom podľa ust. § 71 zákona č. 563/2009 Z. z. o správe daní (daňový poriadok) a o zmene a doplnení niektorých zákonov (ďalej len „Daňový poriadok“) v nadväznosti na ust. § 80 ods. 1 Daňového poriadku nevyhovel námietke žalobcu zo dňa 05.01.2015 podanej elektronickými prostriedkami pod č. 6/00036266/2015 proti výzve správcu dane č. 9200303/5/5463497/2014 zo dňa 18.12.2014, ktorou bol žalobca vyzvaný na zaplatenie daňového nedoplatku v celkovej výške 1.340,90 eur, a to v lehote určenej príslušným správcom dane. 2. Krajský súd v Trnave výzvou zo dňa 07.09.2015, ktorá bola doručená právnemu zástupcovi žalobcu dňa 11.09.2015,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21.09.2015.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07.09.2015,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https://www.kauzis.sk/judikatura/r/ECLI:SK:KSTT:2016:2015200262.3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