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43Sd/35/2015 z 17. 7. 2016</w:t>
      </w:r>
    </w:p>
    <w:p>
      <w:r>
        <w:t>Uznesenie Krajského súdu Trnava z 17. júla 2016, sp. zn. 43Sd/35/2015, ECLI:SK:KSTT:2016:2015200292.2</w:t>
      </w:r>
    </w:p>
    <w:p>
      <w:r>
        <w:t>Súd: Krajský súd Trnava</w:t>
      </w:r>
    </w:p>
    <w:p>
      <w:r>
        <w:t>Spisová značka: 43Sd/35/2015</w:t>
      </w:r>
    </w:p>
    <w:p>
      <w:r>
        <w:t>ECLI: ECLI:SK:KSTT:2016:2015200292.2</w:t>
      </w:r>
    </w:p>
    <w:p>
      <w:r>
        <w:t>Dátum vydania: 17. 7. 2016</w:t>
      </w:r>
    </w:p>
    <w:p>
      <w:r>
        <w:t>Forma: Uznesenie</w:t>
      </w:r>
    </w:p>
    <w:p>
      <w:pPr>
        <w:pStyle w:val="Heading2"/>
      </w:pPr>
      <w:r>
        <w:t>Text rozhodnutia</w:t>
      </w:r>
    </w:p>
    <w:p>
      <w:r>
        <w:t>Súd: Krajský súd Trnava Spisová značka: 43Sd/35/2015 Identifikačné číslo súdneho spisu: 2015200292 Dátum vydania rozhodnutia: 18. 07. 2016 Meno a priezvisko sudcu, VSÚ: JUDr. Ľubomír Bundzel ECLI: ECLI:SK:KSTT:2016:2015200292.2 Uznesenie Krajský súd v Trnave v právnej veci navrhovateľa: A. G., nar. XX.XX.XXXX, bytom G. XX, XXX XX J., zastúpený ustanovenou opatrovníčkou: P. G., bytom G. XX, XXX XX J.,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 prostredníctvom opatrovníčky svojim návrhom zo dňa 12.03.2015, doručeným odporkyni dňa 16.03.2015, žiadal o preskúmanie rozhodnutia odporkyne č. XXX XXX XXXX X - II. zo dňa 03.11.2014, ktorým táto postupom podľa ust. § 70 ods. 1 a § 82 zákona č. 461/2003 Z. z. o sociálnom poistení v znení neskorších predpisov priznala navrhovateľovi od 23.04.2014 invalidný dôchodok v sume 237,60 Eur mesačne. Rozhodnutie odporkyne vychádzalo z posudku posudkového lekára sociálneho poistenia Sociálnej poisťovne, pobočky Trnava zo dňa 30.09.2014, ktorý stanovil mieru poklesu schopnosti vykonávať zárobkovú činnosť u navrhovateľa na 75 % v porovnaní so zdravou fyzickou osobou. Na základe opravného prostriedku navrhovateľa bol jeho zdravotný stav opakovane preskúmaný posudkovým lekárom sociálneho poistenia Sociálnej poisťovne, pobočky Trnava dňa 10.04.2015 so záverom, že navrhovateľ je naďalej invalidný podľa ust. § 29 ods. 3 písm. a) zákona č. 100/1988 Zb. v znení zákona NR SR č. 194/1994 Z. z. a zákona č. 107/1999 Z. z., lebo pre dlhodobo nepriaznivý zdravotný stav je neschopný vykonávať akékoľvek sústavné zamestnanie. Zároveň k 23.04.2014 je invalidný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90 %. Krajský súd v Trnave odročil dňa 13.06.2016 pojednávanie s tým, že vyzval opatrovníčku navrhovateľa, aby súdu v lehote 10 dní oznámila, či v predmetnej veci trvá na odvolaní, resp. preskúmaní napadnutého rozhodnutia, pretože v rámci opravného prostriedku bolo jej návrhu v plnom rozsahu vyhovené a navrhovateľovi bol priznaný od 23.04.2014 invalidný dôchodok v sume 237,60 Eur mesačne, navrhovateľovi bola určená miera poklesu schopnosti vykonávať zárobkovú činnosť vo výške 90 % a v takomto prípade dodatočná zmena miery poklesu schopnosti vykonávať zárobkovú činnosť v rozpätí od 71 % do 100 % nebude mať za následok zvýšenie alebo zníženie sumy invalidného dôchodku, pričom navrhovateľovi sa bude vyplácať invalidný dôchodok vo výške 270,40 Eur mesačne, t.j. vyšší ako mu bol určený rozhodnutím zo dňa 22.06.2015, a to na základe rozhodnutia odporkyne zo dňa 03.11.2014. Opatrovníčka navrhovateľa po oboznámení sa s týmto záverom osobne vzala dňa 07.07.2016 podaný opravný prostriedok v celom rozsahu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zákona č. 162/2015 Z. 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opatrovníčky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