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43Sp/19/2015 z 17. 4. 2016</w:t>
      </w:r>
    </w:p>
    <w:p>
      <w:r>
        <w:t>Rozsudok Krajského súdu Trnava z 17. apríla 2016, sp. zn. 43Sp/19/2015, ECLI:SK:KSTT:2016:2015200301.1</w:t>
      </w:r>
    </w:p>
    <w:p>
      <w:r>
        <w:t>Súd: Krajský súd Trnava</w:t>
      </w:r>
    </w:p>
    <w:p>
      <w:r>
        <w:t>Spisová značka: 43Sp/19/2015</w:t>
      </w:r>
    </w:p>
    <w:p>
      <w:r>
        <w:t>ECLI: ECLI:SK:KSTT:2016:2015200301.1</w:t>
      </w:r>
    </w:p>
    <w:p>
      <w:r>
        <w:t>Dátum vydania: 17. 4. 2016</w:t>
      </w:r>
    </w:p>
    <w:p>
      <w:r>
        <w:t>Forma: Rozsudok</w:t>
      </w:r>
    </w:p>
    <w:p>
      <w:r>
        <w:t>Oblasť práva: Správne právo</w:t>
      </w:r>
    </w:p>
    <w:p>
      <w:pPr>
        <w:pStyle w:val="Heading2"/>
      </w:pPr>
      <w:r>
        <w:t>Text rozhodnutia</w:t>
      </w:r>
    </w:p>
    <w:p>
      <w:r>
        <w:t>Súd: Krajský súd Trnava Spisová značka: 43Sp/19/2015 Identifikačné číslo súdneho spisu: 2015200301 Dátum vydania rozhodnutia: 18. 04. 2016 Meno a priezvisko sudcu, VSÚ: JUDr. Ľubomír Bundzel ECLI: ECLI:SK:KSTT:2016:2015200301.1 ROZSUDOK V MENE SLOVENSKEJ REPUBLIKY Krajský súd v Trnave samosudcom JUDr. Ľubomírom Bundzelom v právnej veci navrhovateľa: POHOTOVOSŤ, s.r.o., sídlom Pribinova 25, 811 09 Bratislava, IČO: 35 807 598, proti odporcovi: Okresný úrad Dunajská Streda, Agátová 7, 929 01 Dunajská Streda za účasti: S. H., nar. XX.X.XXXX , trvale bytom I. X, XXX XX P. V. o preskúmanie rozhodnutia Okresného úradu Dunajská Streda, katastrálneho odboru číslo: V 8870/14-02 zo dňa 18.2.2015, t a k t o r o z h o d o l : Krajský súd napadnuté rozhodnutie odporcu Okresného úradu Dunajská Streda, katastrálneho odboru číslo: V 8870/14-02 zo dňa 18.2.2015 p o t v r d z u j e. Navrhovateľovi sa náhrada trov konania n e p r i z n á v a. Navrhovateľ je povinný zaplatiť súdny poplatok za podanie návrhu vo výške 35 eur na účet tunajšieho súdu do troch dní po právoplatnosti tohto rozsudku. Účastníkovi konania S. H. súd nárok na náhradu trov konania nepriznáva. o d ô v o d n e n i e : Napadnutým rozhodnutím odporcu číslo: V 8870/14-02 zo dňa 18.2.2015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23.1.2014 je neplatná. Odporca v odôvodnení uviedol,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23.1.2014 ako veriteľ zmluvu o úvere č. 207800687 s dlžníkom S. H.. Dlžník sa zaviazal splácať veriteľovi požičanú sumu v pravidelných mesačných splátkach. Na zabezpečenie záväzku vyplývajúceho z poskytnutého úveru uzatvorila S. H. ako záložca v zastúpení ProHelp - združenie občianskoprávnej pomoci s navrhovateľom zmluvu o zriadení záložného práva č. 599/2014-PTR zo dňa 5.11.2014, predmetom ktorej bolo zriadenie záložného práva k nehnuteľnostiam bližšie označených v tejto zmluve. Keďže predmetom záložného práva bola nehnuteľnosť, podal navrhovateľ návrh na vklad zmluvy o zriadení záložného práva do katastra nehnuteľností. Návrh podaný dňa 16.12.2014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23.1.2014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žiadne trovy neuplatnil a z obsahu spisu nevyplýva, že by mu nejaké trovy konania v súvislosti s týmto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https://www.kauzis.sk/judikatura/r/ECLI:SK:KSTT:2016:2015200301.1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