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38Sd/40/2015 z 21. 2. 2016</w:t>
      </w:r>
    </w:p>
    <w:p>
      <w:r>
        <w:t>Uznesenie Krajského súdu Trnava z 21. februára 2016, sp. zn. 38Sd/40/2015, ECLI:SK:KSTT:2016:2015200341.2</w:t>
      </w:r>
    </w:p>
    <w:p>
      <w:r>
        <w:t>Súd: Krajský súd Trnava</w:t>
      </w:r>
    </w:p>
    <w:p>
      <w:r>
        <w:t>Spisová značka: 38Sd/40/2015</w:t>
      </w:r>
    </w:p>
    <w:p>
      <w:r>
        <w:t>ECLI: ECLI:SK:KSTT:2016:2015200341.2</w:t>
      </w:r>
    </w:p>
    <w:p>
      <w:r>
        <w:t>Dátum vydania: 21. 2. 2016</w:t>
      </w:r>
    </w:p>
    <w:p>
      <w:r>
        <w:t>Forma: Uznesenie</w:t>
      </w:r>
    </w:p>
    <w:p>
      <w:pPr>
        <w:pStyle w:val="Heading2"/>
      </w:pPr>
      <w:r>
        <w:t>Text rozhodnutia</w:t>
      </w:r>
    </w:p>
    <w:p>
      <w:r>
        <w:t>Súd: Krajský súd Trnava Spisová značka: 38Sd/40/2015 Identifikačné číslo súdneho spisu: 2015200341 Dátum vydania rozhodnutia: 22. 02. 2016 Meno a priezvisko sudcu, VSÚ: JUDr. Pavol Laczo ECLI: ECLI:SK:KSTT:2016:2015200341.2 Uznesenie Krajský súd v Trnave v právnej veci navrhovateľky: Mgr. S. O., nar. XX.XX.XXXX, bytom G. XXXX/XX, XXX XX F. proti odporkyni: Sociálna poisťovňa, ústredie, so sídlom ul.29. augusta č.8, 813 63 Bratislava o preskúmanie rozhodnutia odporkyne č.XXXXXXXXXXX zo dňa 28.11.2014 a č.XXXXXXXXXXX zo dňa 18.5.2015 takto r o z h o d o l : Súd konanie z a s t a v u j e. Žiaden z účastníkov nemá právo na náhradu trov konania. o d ô v o d n e n i e : Opravným prostriedkom doručeným tunajšiemu súdu dňa 04.05.2015, žiadala navrhovateľka o preskúmanie zákonnosti rozhodnutia odporkyne č.XXXXXXXXXXX zo dňa 28.11.2014, ktorým jej bola podľa § 70 a § 71 zák. č. 461/2003 Z.z. o sociálnom poistení v znení neskorších predpisov zamietnutá žiadosť o invalidný dôchodok zo dňa 4.11.2014. Rozhodnutím č.XXXXXXXXXXX zo dňa 18.5.2015 bola podľa § 70 a § 71 zák. č. 461/2003 Z.z. o sociálnom poistení v znení neskorších predpisov opätovne zamietnutá žiadosť navrhovateľky o invalidný dôchodok zo dňa 4.11.2014. Navrhovateľka žiadala o znovu posúdenie jej zdravotného stavu z dôvodu, že jej zdravotný stav nebol posúdený komplexne, ale len z hľadiska reumatológa. Poukázala, že súčasťou jej zdravotnej dokumentácie sú aj nálezy od neurológa. V predmetnej veci bolo nariadené pojednávanie na deň 14.12.2015, na ktorom navrhovateľka predložila nové lekárske správy a z uvedeného dôvodu bolo pojednávanie odročené na deň 22.2.2016. Pred pojednávaním bola súdu zaslaná lekárska správa zo dňa 26.1.2016, podľa ktorej bola u navrhovateľky určená miera poklesu schopnosti vykonávať zárobkovú činnosť vo výške 45%. Následne navrhovateľka dňa 2.2.2016 zaslala súdu list, v ktorom uviedla, že vzhľadom na priznanie invalidného dôchodku, ako aj výsledky poslednej lekárskej správy, žiada zastaviť súdne konanie. Krajský súd v Trnave ako súd vecne a miestne príslušný ( § 246 ods. 1 a § 246a ods. 2 O.s.p.) po zistení, že opravný prostriedok podala včas oprávnená osoba - účastník konania (§ 250m ods. 2 a 3 O.s.p.) proti rozhodnutiu, proti ktorému je tento opravný prostriedok prípustný (§ 250l ods. 1 O.s.p.), vzhľadom na právny úkon navrhovateľa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žiadnemu z účastníkov nárok na náhradu trov konania nepriznal.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https://www.kauzis.sk/judikatura/r/ECLI:SK:KSTT:2016:2015200341.2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