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38Sd/43/2015 z 13. 10. 2016</w:t>
      </w:r>
    </w:p>
    <w:p>
      <w:r>
        <w:t>Rozsudok Krajského súdu Trnava z 13. októbra 2016, sp. zn. 38Sd/43/2015, ECLI:SK:KSTT:2016:2015200370.2</w:t>
      </w:r>
    </w:p>
    <w:p>
      <w:r>
        <w:t>Súd: Krajský súd Trnava</w:t>
      </w:r>
    </w:p>
    <w:p>
      <w:r>
        <w:t>Spisová značka: 38Sd/43/2015</w:t>
      </w:r>
    </w:p>
    <w:p>
      <w:r>
        <w:t>ECLI: ECLI:SK:KSTT:2016:2015200370.2</w:t>
      </w:r>
    </w:p>
    <w:p>
      <w:r>
        <w:t>Dátum vydania: 13. 10. 2016</w:t>
      </w:r>
    </w:p>
    <w:p>
      <w:r>
        <w:t>Forma: Rozsudok</w:t>
      </w:r>
    </w:p>
    <w:p>
      <w:r>
        <w:t>Oblasť práva: Správne právo</w:t>
      </w:r>
    </w:p>
    <w:p>
      <w:pPr>
        <w:pStyle w:val="Heading2"/>
      </w:pPr>
      <w:r>
        <w:t>Text rozhodnutia</w:t>
      </w:r>
    </w:p>
    <w:p>
      <w:r>
        <w:t>Súd: Krajský súd Trnava Spisová značka: 38Sd/43/2015 Identifikačné číslo súdneho spisu: 2015200370 Dátum vydania rozhodnutia: 14. 10. 2016 Meno a priezvisko sudcu, VSÚ: JUDr. Róbert Foltán ECLI: ECLI:SK:KSTT:2016:2015200370.2 ROZSUDOK V MENE SLOVENSKEJ REPUBLIKY Krajský súd v Trnave sudcom JUDr. Róbertom Foltánom v právnej veci navrhovateľa: K. P., nar. X.X.XXXX, bytom Y. N. XX, M. V., proti odporcovi: Sociálna poisťovňa - ústredie, Ul. 29. augusta 8-10, Bratislava, o opravnom prostriedku navrhovateľa proti rozhodnutiu odporcu č. XXX XXX XXXX X zo dňa 25.11.2014, takto r o z h o d o l : Súd rozhodnutie odporcu č. XXX XXX XXXX X zo dňa 25.11.2014 v spojení s rozhodnutím č. XXX XXX XXXX X zo dňa 21.9.2016 z r u š u j e podľa § 250j ods. 2 písm. d) O.s.p. a vec mu v r a c i a na ďalšie konanie. Navrhovateľovi sa náhrada trov konania nepriznáva. o d ô v o d n e n i e : 1. Rozhodnutím č. XXX XXX XXXX X zo dňa 25.11.2014 odporca podľa § 73 a § 112 ods. 4 zákona č. 461/2003 Z.z. o sociálnom poistení s účinnosťou od 6.8.2015 zamietol žiadosť navrhovateľa o zvýšenie invalidného dôchodku s odôvodnením, že na základe jeho žiadosti bolo trvanie invalidity opätovne preskúmané posudkovým lekárom, podľa záveru ktorého je navrhovateľ naďalej invalidný a pokles jeho schopnosti vykonávať zárobkovú činnosť je 60%. 2. Proti tomuto rozhodnutiu podal navrhovateľ v zákonom stanovenej lehote opravný prostriedok, ktorým sa domáhal preskúmania rozhodnutia a namietal správnosť záverov posudkového lekára.. 3. Odporca vo svojom písomnom vyjadrení k veci navrhol napadnuté rozhodnutie ako vecne správne potvrdiť. 4. Poukazoval na to, že na základe opravného prostriedku navrhovateľa bol jeho zdravotný stav opätovne posúdený posudkovým lekárom sociálneho poistenia Sociálnej poisťovne pobočky Galanta dňa 2.2.2015 a posudkovým lekárom ústredia dňa 14.5.2015, pričom posudkoví lekári zotrvali na pôvodnom posudku, podľa ktorého miera poklesu schopnosti navrhovateľa vykonávať zárobkovú činnosť je 60% v porovnaní so zdravou fyzickou osobou, navrhovateľ nepreukázal, že jeho zdravotný stav odôvodňuje vyššiu mieru poklesu schopnosti vykonávať zárobkovú činnosť, a preto o jeho žiadosti bolo rozhodnuté správne a v súlade s objektívne zisteným skutkovým stavom. 5. Súd prejednal vec podľa § 250l a nasl. O.s.p. za účasti oboch účastníkov konania, oboznámil sa s obsahom spisového materiálu, vrátane administratívneho spisu odporcu a rozhodnutia odporcu zo dňa 21.9.2016 o znížení invalidného dôchodku navrhovateľa s účinnosťou od 20.10.2016 na 102,10 eur, a dospel k záveru o dôvodnosti opravného prostriedku navrhovateľa. 6. Navrhovateľ v konaní uviedol, že jeho zdravotný stav sa iba zhoršuje, naposledy pracoval v minulom roku na polovičný úväzok iba po dobu 2 mesiacov, nakoľko nevládal pracovať a zamestnávateľ si na neho sťažoval. V súčasnosti je práceneschopný, absolvuje psychiatrické vyšetrenia a cíti sa horšie ako v minulosti. 7. Odporca v konaní navrhoval jeho nové rozhodnutie o znížení invalidného dôchodku potvrdiť. Poukazoval na to, že zhodnotenie zdravotného stavu navrhovateľa prislúcha posudkovému lekárovi, ktorý pri opätovnom posudzovaní zdravotného stavu navrhovateľa na základe žiadosti súdu posudkom zo dňa 16.9.2016 určil, že navrhovateľ je naďalej invalidný s mierou poklesu vykonávať zárobkovú činnosť už nie 60%, ale 55% v porovnaní so zdravou fyzickou osobou. 8. Podľa § 209 zák. 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 Rozhodnutie musí obsahovať výrok, odôvodnenie a poučenie o odvolaní alebo o opravnom prostriedku. Odôvodnenie nie je potrebné, ak sa všetkým účastníkom konania vyhovuje v celom rozsahu. (3)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(4) V odôvodnení rozhodnutia organizačná zložka Sociálnej poisťovne uvedie, ktoré skutočnosti boli podkladom na rozhodnutie, akými úvahami bola vedená pri hodnotení dôkazov a pri použití právnych predpisov, na ktorých základe rozhodovala. (5) Poučenie o odvolaní alebo o opravnom prostriedku obsahuje údaj, či je rozhodnutie konečné alebo sa možno proti nemu odvolať alebo podať opravný prostriedok, v akej lehote a kde možno odvolanie alebo opravný prostriedok podať. (6) V rozhodnutí sa uvedie aj organizačná zložka Sociálnej poisťovne, ktorá rozhodnutie vydala, dátum vydania rozhodnutia, meno a priezvisko účastníkov konania. Na rozhodnutí musí byť odtlačok úradnej pečiatky a podpis s uvedením mena, priezviska a funkcie oprávnenej osoby. (7) Chyby v písaní, v počtoch a iné zrejmé nesprávnosti v písomnom vyhotovení rozhodnutia organizačná zložka Sociálnej poisťovne kedykoľvek aj bez návrhu opraví a upovedomí o tom účastníkov konania. 9. Podľa § 112 ods. 4 a 6 zákona o sociálnom poistení, výplata dávky sa zastaví, uvoľní alebo sa dávka vypláca v nižšej sume alebo vo vyššej sume, ak sa zmenia skutočnosti rozhodujúce na nárok na výplatu dávky. Dávka sa odníme, zníži alebo jej výplata sa zastaví odo dňa nasledujúceho po dni, ktorým uplynulo obdobie, za ktoré sa dávka už vyplatila. 10. Podľa zistenia súdu odôvodnenie preskúmavaného rozhodnutia zo dňa 21.9.2016 o znížení invalidného dôchodku od 20.10.2016 na 102,10 eur mesačne, obsahujúce s výnimkou popisu výpočtu výšky dôchodku iba strohé konštatovanie o 55% poklese schopnosti navrhovateľa vykonávať zárobkovú činnosť od 16.9.2016 podľa lekárskej správy posudkového lekára z 16.9.2016 a o tom, že súčasťou odôvodnenia rozhodnutia je posudok posudkového lekára, nespĺňa náležitosti a požiadavky kladené naň vyššie uvádzaným zákonným ustanovením. Rozhodnutie neposkytuje zdôvodnenie zníženia dôchodkovej dávky zrozumiteľné a presvedčivé nielen pre laickú verejnosť, hoci ide o zníženie vyplácanej dávky založené na zmene zdravotného stavu navrhovateľa a zlepšení jeho schopnosti vykonávať zárobkovú činnosť, v rozpore so všeobecným a logickým očakávaním neobsahuje určenie, aká bola pôvodná výška navrhovateľovi priznaného invalidného dôchodku, aká bola pôvodná miera jeho poklesu schopnosti vykonávať zárobkovú činnosť a aké sú dôvody zmeny tohto poklesu, či spočívajú v nesprávnosti predchádzajúceho posúdenia zdravotného stavu alebo v zlepšení zdravotného stavu navrhovateľa - v akom smere a prečo práve od 20.10.2016. Odpovede na tieto otázky, majúce z hľadiska presvedčivosti rozhodnutia a jeho preskúmateľnosti zásadný význam, pritom nemožno nájsť ani v lekárskej správe, či posudku posudkového lekára zo dňa 16.9.2016, ktorý neosvetľuje dôvody rozdielneho posúdenia zdravotného stavu navrhovateľa v porovnaní s posudkami zo dňa 14.5.2015 a 2.2.2015 vypracovanými v súvislosti so žiadosťou navrhovateľa o zvýšenie dôchodku a stanovujúcimi mieru poklesu zárobkovej schopnosti navrhovateľa 60%. 11. S prihliadnutím na skutočnosť, že v danom prípade už samotný charakter rozhodnutia o znížení invalidného dôchodku ako jediného príjmu, ktoré výrazne ovplyvňuje kvalitu života navrhovateľa, predurčuje prísnejšie posudzovanie jeho obsahových náležitostí, súd preskúmavané rozhodnutie odporcu zo dňa 25.11.2014 o zamietnutí žiadosti o zvýšenie dôchodku v spojení s rozhodnutím zo dňa 21.9.2016 o jeho znížení podľa § 250j ods. 2 písm. d) O.s.p. ako nepreskúmateľné pre nedostatok dôvodov zrušil a vec vrátil odporcovi na ďalšie konanie v naznačenom smere. 12. O trovách konania rozhodol súd s poukazom na skutočnosť, že v tomto konaní úspešný navrhovateľ sa práva na ich náhradu voči odporcovi vzdal. Poučenie: Proti tomuto rozhodnutiu odvolanie nie je prípustné (§ 250s O.s.p.).</w:t>
      </w:r>
    </w:p>
    <w:p/>
    <w:p>
      <w:r>
        <w:t>Zdroj: KAUZIS.SK – https://www.kauzis.sk/judikatura/r/ECLI:SK:KSTT:2016:2015200370.2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