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14S/89/2015 z 18. 7. 2016</w:t>
      </w:r>
    </w:p>
    <w:p>
      <w:r>
        <w:t>Uznesenie Krajského súdu Trnava z 18. júla 2016, sp. zn. 14S/89/2015, ECLI:SK:KSTT:2016:2015200372.4</w:t>
      </w:r>
    </w:p>
    <w:p>
      <w:r>
        <w:t>Súd: Krajský súd Trnava</w:t>
      </w:r>
    </w:p>
    <w:p>
      <w:r>
        <w:t>Spisová značka: 14S/89/2015</w:t>
      </w:r>
    </w:p>
    <w:p>
      <w:r>
        <w:t>ECLI: ECLI:SK:KSTT:2016:2015200372.4</w:t>
      </w:r>
    </w:p>
    <w:p>
      <w:r>
        <w:t>Dátum vydania: 18. 7. 2016</w:t>
      </w:r>
    </w:p>
    <w:p>
      <w:r>
        <w:t>Forma: Uznesenie</w:t>
      </w:r>
    </w:p>
    <w:p>
      <w:pPr>
        <w:pStyle w:val="Heading2"/>
      </w:pPr>
      <w:r>
        <w:t>Text rozhodnutia</w:t>
      </w:r>
    </w:p>
    <w:p>
      <w:r>
        <w:t>Súd: Krajský súd Trnava Spisová značka: 14S/89/2015 Identifikačné číslo súdneho spisu: 2015200372 Dátum vydania rozhodnutia: 19. 07. 2016 Meno a priezvisko sudcu, VSÚ: JUDr. Ľubomír Bundzel ECLI: ECLI:SK:KSTT:2016:2015200372.4 Uznesenie Krajský súd v Trnave v právnej veci žalobcu: DaM STAV, spol. s.r.o., so sídlom P. Pázmáňa 49/3, 927 01 Šaľa, IČO: 43 990 193, právne zastúpený: Prosman a Pavlovič, advokátska kancelária, s.r.o., so sídlom Hlavná 31, 917 01 Trnava, proti žalovanému: Finančné riaditeľstvo Slovenskej republiky, so sídlom Lazovná 63, 974 01 Banská Bystrica, o návrhu na preskúmanie rozhodnutia žalovaného č. 1100304/1/151525/2015 zo dňa 09.04.2015, jednohlasne, t a k t o r o z h o d o l : Správny súd priznáva žalobe odkladný účinok do právoplatného rozhodnutia správneho súdu vo veci samej. o d ô v o d n e n i e : 1. Žalobou doručenou správnemu súdu dňa 21.05.2015, sa žalobca prostredníctvom právneho zástupcu domáhal preskúmania zákonnosti rozhodnutia žalovaného správneho orgánu č. 1100304/1/151525/2015 zo dňa 09.04.2015, ktorým potvrdil rozhodnutie Daňového úradu Nitra č. 9401401/5/4656841/2014 zo dňa 16.10.2014, ktorým podľa § 68 ods. 5 zákona č. 563/2009 Z. z. o správe daní vyrubil žalobcovi rozdiel dane z pridanej hodnoty za zdaňovacie obdobie január 2011 v sume 6056,98 eur. 2. Žalobca okrem iného požiadal správny súd, aby postupom podľa § 250c O.s.p. odložil vykonateľnosť napadnutého rozhodnutia. Žiadosť odôvodnil poukazom na zjavnú nezákonnosť rozhodnutia a tým, že nepriznaním odkladu vykonateľnosti napadnutého rozhodnutia by žalobcovi vznikla závažná ujma. 3. Nakoľko v priebehu konania (dňa 1.7.2016) nadobudol účinnosť zákon č. 162/2015 Z.z. Správny súdny poriadok (S.s.p.), správny súd podľa obsahu posúdil žiadosť žalobcu o odklad vykonateľnosti ako návrh na priznanie odkladného účinku žalobe v zmysle § 185 S.s.p.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 preskúmaní napadnutého rozhodnutia a pripojeného spisového materiálu správny súd dospel k záveru, že žiadosť žalobcu o priznanie odkladného účinku žaloby je dôvodná, keďže okamžitým výkonom napadnutého rozhodnutia s prihliadnutím na výšku vyrubeného rozdielu dane z pridanej hodnoty hrozí žalobcovi vážny zásah do jeho majetkových práv a priznanie odkladného účinku nie je v rozpore s verejným záujmom. 6. S poukazom na vyššie uvedené skutočnosti správny súd postupom podľa § 185 S.s.p. písm. a) žalobe priznal odkladný účinok do právoplatného rozhodnutia správneho súdu vo veci samej. Poučenie: Proti tomuto uzneseniu nie je prípustný opravný prostriedok.</w:t>
      </w:r>
    </w:p>
    <w:p/>
    <w:p>
      <w:r>
        <w:t>Zdroj: KAUZIS.SK – https://www.kauzis.sk/judikatura/r/ECLI:SK:KSTT:2016:2015200372.4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