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43Sd/42/2015 z 16. 10. 2016</w:t>
      </w:r>
    </w:p>
    <w:p>
      <w:r>
        <w:t>Rozsudok Krajského súdu Trnava z 16. októbra 2016, sp. zn. 43Sd/42/2015, ECLI:SK:KSTT:2016:2015200377.2</w:t>
      </w:r>
    </w:p>
    <w:p>
      <w:r>
        <w:t>Súd: Krajský súd Trnava</w:t>
      </w:r>
    </w:p>
    <w:p>
      <w:r>
        <w:t>Spisová značka: 43Sd/42/2015</w:t>
      </w:r>
    </w:p>
    <w:p>
      <w:r>
        <w:t>ECLI: ECLI:SK:KSTT:2016:2015200377.2</w:t>
      </w:r>
    </w:p>
    <w:p>
      <w:r>
        <w:t>Dátum vydania: 16. 10. 2016</w:t>
      </w:r>
    </w:p>
    <w:p>
      <w:r>
        <w:t>Forma: Rozsudok</w:t>
      </w:r>
    </w:p>
    <w:p>
      <w:r>
        <w:t>Oblasť práva: Správne právo</w:t>
      </w:r>
    </w:p>
    <w:p>
      <w:pPr>
        <w:pStyle w:val="Heading2"/>
      </w:pPr>
      <w:r>
        <w:t>Text rozhodnutia</w:t>
      </w:r>
    </w:p>
    <w:p>
      <w:r>
        <w:t>Súd: Krajský súd Trnava Spisová značka: 43Sd/42/2015 Identifikačné číslo súdneho spisu: 2015200377 Dátum vydania rozhodnutia: 17. 10. 2016 Meno a priezvisko sudcu, VSÚ: JUDr. Ľubomír Bundzel ECLI: ECLI:SK:KSTT:2016:2015200377.2 ROZSUDOK V MENE SLOVENSKEJ REPUBLIKY Krajský súd v Trnave v konaní pred sudcom JUDr. Ľubomírom Bundzelom v právnej veci navrhovateľky: T. G., nar. X.XX.XXXX, trvale bytom L. XXXX/X, XXX XX V. F., t.č. bytom U. XX, L. Q. (u T. B.) proti odporkyni: Sociálna poisťovňa - ústredie, so sídlom Ul. 29. augusta č. 8, 813 63 Bratislava, o preskúmanie rozhodnutia odporkyne takto r o z h o d o l : Krajský súd napadnuté rozhodnutie odporkyne Sociálnej poisťovne - ústredie Bratislava číslo: XXX XXX XXXX X zo dňa 11.11.2014 p o t v r d z u j e. Navrhovateľke sa náhrada trov konania nepriznáva. o d ô v o d n e n i e : 1. Rozhodnutím č. XXX XXX XXXX X zo dňa 11.11.2014 odporkyňa podľa ust. § 73 a § 112 ods. 4 zák.č. 461/2003 Z.z. o sociálnom poistení v znení neskorších predpisov (ďalej len zákon o sociálnom poistení) zamietla navrhovateľke žiadosť o zvýšenie invalidného dôchodku. V odôvodnení rozhodnutia bolo konštatované, že podľa posudku posudkového lekára sociálneho poistenia pobočky Sociálnej poisťovne Dunajská Streda zo dňa 21.10.2014 je navrhovateľka naďalej invalidná podľa § 71 ods. 1 zákona o sociálnom poistení, keď jej pokles schopnosti vykonávať zárobkovú činnosť podľa posudkového záveru posudkového lekára je 55%. V tejto súvislosti bolo v napadnutom rozhodnutí uvedené, že posúdenie zdravotného stavu navrhovateľky je obsahom pripojeného odborného posudku zo dňa 21.10.2014, ktorý tvorí neoddeliteľnú súčasť odôvodnenia tohto rozhodnutia a sú v ňom uvedené všetky rozhodujúce skutočnosti, ktoré boli podkladom na vyhotovenie posudkového záveru o tom, že navrhovateľka je naďalej invalidná. 2. Navrhovateľka napadla správnosť tohto rozhodnutia návrhom na jeho preskúmanie, doručeným odporkyni dňa 10.12.2014, žiadala preskúmať toto rozhodnutie a súčasne požadovala znovu posúdiť svoj zdravotný stav. 3. Odporkyňa vo svojom písomnom vyjadrení zo dňa 27.5.2015 uviedla, že posudkoví lekári sociálneho poistenia v konaní predchádzajúcom vydaniu napadnutého rozhodnutia ako aj v konaní o opravnom prostriedku na základe predložených odborných lekárskych nálezov a vlastného vyšetrenia vyhodnotili, že navrhovateľkin zdravotný stav je zhoršený na úroveň invalidity naďalej s mierou poklesu schopnosti vykonávať zárobkovú činnosť 55% v porovnaní so zdravou fyzickou osobou. Ďalej poukázala na to, že navrhovateľka v konaní o opravnom prostriedku predloženými listinnými dôkazmi (najmä odbornými lekárskymi nálezmi) nepreukázala, že jej zdravotný stav odôvodňuje vyššiu mieru poklesu schopnosti vykonávať zárobkovú činnosť v porovnaní so zdravou fyzickou osobou alebo zmenu dátumu vzniku invalidity. 4. Krajský súd preskúmal napadnuté rozhodnutie odporkyne podľa § 250l a nasl. O.s.p., oboznámil sa s obsahom spisového materiálu, vec prejednal na pojednávaní konanom dňa 17.10.2016 v neprítomnosti navrhovateľky postupom podľa § 101 ods. 2 O.s.p., pričom poverená zástupkyňa odporkyne žiadala napadnuté rozhodnutie ako vecne správne potvrdiť. Podľa § 244 ods. 1 O.s.p.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250l ods. 1 O.s.p. podľa ustanovení tejto hlavy sa postupuje v prípadoch, v ktorých zákon zveruje súdom rozhodovanie o opravných prostriedkoch proti neprávoplatným rozhodnutiam správnych orgánov. Podľa § 71 zákona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5. Z pripojeného spisového materiálu odporkyne krajský súd zistil, že na základe žiadosti navrhovateľky o zvýšenie invalidného dôchodku zo dňa 26.6.2014 bol posúdený zdravotný stav navrhovateľky príslušným posudkovým lekárom sociálneho poistenia - pobočky Sociálnej poisťovne v Dunajskej Strede dňa 21.10.2014, ktorý vyriekol záver, že navrhovateľka je naďalej invalidná podľa ust. § 71 ods. 1 zákona o sociálnom poistení s mierou poklesu schopnosti vykonávať zárobkovú činnosť 55% v porovnaní so zdravou fyzickou osobou. Posudkoví lekári sociálneho poistenia v konaní predchádzajúcom vydaniu napadnutého rozhodnutia, ako aj v konaní o opravnom prostriedku na základe predložených odborných lekárskych nálezov a vlastného vyšetrenia opätovne posudzovali zdravotný stav navrhovateľky (13.1.2015 a 19.5.2015), pričom vždy bolo konštatované rôznymi posudkovými lekármi tak pobočky ako aj ústredia, že zdravotný stav navrhovateľky zodpovedá 55% miery poklesu schopnosti vykonávať zárobkovú činnosť v porovnaní so zdravou fyzickou osobou. 6. Vzhľadom k tomu, že rôzni posudkoví lekári dospeli k rovnakému záveru a určili naďalej mieru poklesu schopnosti vykonávať zárobkovú činnosť u navrhovateľky na 55%, tak krajský súd dospel k záveru, že odporkyňa ako správny orgán postupovala správne, pokiaľ navrhovateľke zamietla žiadosť o zvýšenie invalidného dôchodku. V predmetnej veci ani v priebehu preskúmavacieho konania neboli zistené také skutočnosti, ktoré by odôvodňovali zrušiť napadnuté rozhodnutie odporkyne, keď navrhovateľka sa pojednávania nariadeného na deň 17.10.2016 nedostavila, napriek tomu, že doručenie predvolania mala riadne vykázané. Súdu ani nepredložila žiadne listinné dôkazy (lekárske správy a vyšetrenia), ktorými by preukázala zhoršenie zdravotného stavu. Za tohto stavu preto súd vychádzal zo zhodných záverov posudkových lekárov, ktoré boli dostatočne podložené odbornými vyšetreniami a nálezmi, bez nejasností a vnútorných rozporov. Pochybnosti navrhovateľky o tom, že jej zdravotný stav nebol v konaní náležite posúdený, považuje súd za nedôvodné, vyvolané len subjektívnym presvedčením, čo nie je dôvod na spochybnenie správnosti skutkových zistení a záverov prijatých v konaní. Navrhovateľka teda v správnom konaní nepreukázala, že by jej zdravotný stav odôvodňoval vyššiu mieru poklesu schopnosti vykonávať zárobkovú činnosť v porovnaní so zdravou fyzickou osobou ako bola určená posudkovými lekármi. V prípade, že v budúcnosti dôjde u navrhovateľky k zmene zdravotného stavu, resp. k jeho zhoršeniu môže opätovne požiadať o zvýšenie invalidného dôchodku a o nové preskúmanie miery poklesu schopnosti vykonávať zárobkovú činnosť. 7. Vzhľadom k vyššie uvedeným a zisteným skutočnostiam súd dospel k záveru, že rozhodnutie odporkyne č. XXX XXX XXXX X zo dňa 11.11.2014 je vecne správne a preto ho súd podľa § 250q ods. 2 O.s.p. potvrdil. 8. O náhrade trov konania súd rozhodol podľa § 250l ods. 2 O.s.p. v spojení s ustanovením § 250k ods. 1 O.s.p. tak, že navrhovateľke, ktorá bola v konaní neúspešná náhradu trov konania nepriznal.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https://www.kauzis.sk/judikatura/r/ECLI:SK:KSTT:2016:2015200377.2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