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21Sd/18/2015 z 6. 3. 2016</w:t>
      </w:r>
    </w:p>
    <w:p>
      <w:r>
        <w:t>Uznesenie Krajského súdu Trnava z 6. marca 2016, sp. zn. 21Sd/18/2015, ECLI:SK:KSTT:2016:2015200379.2</w:t>
      </w:r>
    </w:p>
    <w:p>
      <w:r>
        <w:t>Súd: Krajský súd Trnava</w:t>
      </w:r>
    </w:p>
    <w:p>
      <w:r>
        <w:t>Spisová značka: 21Sd/18/2015</w:t>
      </w:r>
    </w:p>
    <w:p>
      <w:r>
        <w:t>ECLI: ECLI:SK:KSTT:2016:2015200379.2</w:t>
      </w:r>
    </w:p>
    <w:p>
      <w:r>
        <w:t>Dátum vydania: 6. 3. 2016</w:t>
      </w:r>
    </w:p>
    <w:p>
      <w:r>
        <w:t>Forma: Uznesenie</w:t>
      </w:r>
    </w:p>
    <w:p>
      <w:pPr>
        <w:pStyle w:val="Heading2"/>
      </w:pPr>
      <w:r>
        <w:t>Text rozhodnutia</w:t>
      </w:r>
    </w:p>
    <w:p>
      <w:r>
        <w:t>Súd: Krajský súd Trnava Spisová značka: 21Sd/18/2015 Identifikačné číslo súdneho spisu: 2015200379 Dátum vydania rozhodnutia: 07. 03. 2016 Meno a priezvisko sudcu, VSÚ: JUDr. Božena Husárová ECLI: ECLI:SK:KSTT:2016:2015200379.2 Uznesenie Krajský súd v Trnave v právnej veci žalobcu: J. K., nar.XX.XX.XXXX, bytom O. B. P. č. XXX proti žalovanej : Sociálna poisťovňa - ústredie, so sídlom Ul. 29. augusta č. 8, 813 63 Bratislava, o preskúmanie zákonnosti rozhodnutia žalovanej č. XXX XXX XXXX X zo dňa 02.12.2014 ta k t o r o z h o d o l : Súd konanie z a s t a v u j e . Žiaden z účastníkov nemá právo na náhradu trov konania. o d ô v o d n e n i e : Žalobkyňa návrhom doručeným žalovanej dňa 09.01.2015 žiadala o preskúmanie rozhodnutia č. XXX XXX XXXX X zo dňa 02.12.2014, ktorým jej bola podľa § 73 a § 112 ods.4 a 6 a § 82 zák.č. 461/2003 Z.z. o sociálnom poistení v znení neskorších predpisov znížená suma priznaného invalidného dôchodku. Na základe odvolania bol zdravotný stav žalobkyne opätovne posúdení a podľa posudku posudkového lekára sociálneho poistenia Sociálnej poisťovne -ústredie zo dňa 20.05.2015 zotrval na posudku, podľa ktorého je miera poklesu schopnosti vykonávať zárobkovú činnosť 45% v porovnaní so zdravou fyzickou osobou. Žalovaná žiadala, aby konajúci súd na základe uvedeného uložil žalovanej prehodnotiť jej zdravotný stav. Krajský súd v Trnave príslušný na konanie vytýčil na prejednanie odvolania pojednávanie na deň 31.03.2016. Po doručení predvolania žalobkyňa podaním doručeným súdu dňa 04.03.2016 oznámila, že odvolanie, ktoré podala voči rozhodnutiu žalovanej berie späť.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žalobkyne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https://www.kauzis.sk/judikatura/r/ECLI:SK:KSTT:2016:2015200379.2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