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38Sp/23/2015 z 13. 4. 2016</w:t>
      </w:r>
    </w:p>
    <w:p>
      <w:r>
        <w:t>Uznesenie Krajského súdu Trnava z 13. apríla 2016, sp. zn. 38Sp/23/2015, ECLI:SK:KSTT:2016:2015200398.3</w:t>
      </w:r>
    </w:p>
    <w:p>
      <w:r>
        <w:t>Súd: Krajský súd Trnava</w:t>
      </w:r>
    </w:p>
    <w:p>
      <w:r>
        <w:t>Spisová značka: 38Sp/23/2015</w:t>
      </w:r>
    </w:p>
    <w:p>
      <w:r>
        <w:t>ECLI: ECLI:SK:KSTT:2016:2015200398.3</w:t>
      </w:r>
    </w:p>
    <w:p>
      <w:r>
        <w:t>Dátum vydania: 13.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38Sp/23/2015 Identifikačné číslo súdneho spisu: 2015200398 Dátum vydania rozhodnutia: 14. 04. 2016 Meno a priezvisko sudcu, VSÚ: Mgr. Michal Jureňa ECLI: ECLI:SK:KSTT:2016:2015200398.3 Uznesenie Krajský súd v Trnave v právnej veci navrhovateľa: POHOTOVOSŤ, s. r. o., so sídlom Pribinova 25, Bratislava, proti odporcovi: Okresný úrad Dunajská Streda, katastrálny odbor, Agátová 7, Dunajská Streda, o odvolaní navrhovateľa proti rozhodnutiu odporcu č. V 1423/15-02 zo dňa 29.4.2015, za účasti účastníka správneho konania U. O., nar. XX.X.XXXX, bytom C. XXXX/XX, N., korešpondenčná adresa: C. XXX/XX, XXX XX R. G., takto r o z h o d o l : Súd uznesenie sp. zn. 38Sp/23/2015-36 zo dňa 22.02. 2016 z r u š u j e . o d ô v o d n e n i e : Navrhovateľ podal v zákonnej lehote odvolanie proti rozhodnutiu č. V 1423/15-02 zo dňa 29.4.2015, ktorým odporca zamietol jeho návrh na vklad záložného práva do katastra nehnuteľností na základe zmluvy o zriadení záložného práva č. 041/2015 - ŠTE zo dňa 2.2.2015. V priebehu konania sa tunajšiemu súdu ani prostredníctvom Obvodného oddelenia Policajného zboru Bratislava Petržalka-juh nepodarilo zúčastnenej osobe doručiť príslušné písomnosti súdu. Súd preto postupoval v súlade s ustanovením § 29 ods. 2 O.s.p. a ustanovil zúčastnenej osobe opatrovníčku JUDr. S. W., vyššiu súdnu úradníčku Okresného súdu Trnava. Dňa 13.04.2016 oznámil U. O. tunajšiemu súdu adresu C. XXX/XX, XXX XX R. G., na ktorú požiadal zasielať korešpondenciu. Podľa § 29 ods. 4 O.s.p., sudca alebo poverený zamestnanec súdu zruší uznesenie o stanovení opatrovníka, ak pominú dôvody, pre ktoré bol opatrovník ustanovený. Vzhľadom na to, že zúčastnená osoba uviedla novú adresu na doručovanie písomnosti a teda pominuli dôvody, pre ktoré bol tejto osobe ustanovený opatrovník, súd postupom podľa § 29 ods. 4 O.s.p. uznesenie sp. zn. 38Sp/23/2015-36 zo dňa 22.02.2016 zrušil. Poučenie: Proti tomuto uzneseniu je prípustné odvolanie do 15 dní odo dňa jeho doručenia na Najvyšší súd SR prostredníctvom Krajského súdu v Trnave.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https://www.kauzis.sk/judikatura/r/ECLI:SK:KSTT:2016:2015200398.3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