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43Sd/48/2015 z 19. 6. 2016</w:t>
      </w:r>
    </w:p>
    <w:p>
      <w:r>
        <w:t>Uznesenie Krajského súdu Trnava z 19. júna 2016, sp. zn. 43Sd/48/2015, ECLI:SK:KSTT:2016:2015200434.1</w:t>
      </w:r>
    </w:p>
    <w:p>
      <w:r>
        <w:t>Súd: Krajský súd Trnava</w:t>
      </w:r>
    </w:p>
    <w:p>
      <w:r>
        <w:t>Spisová značka: 43Sd/48/2015</w:t>
      </w:r>
    </w:p>
    <w:p>
      <w:r>
        <w:t>ECLI: ECLI:SK:KSTT:2016:2015200434.1</w:t>
      </w:r>
    </w:p>
    <w:p>
      <w:r>
        <w:t>Dátum vydania: 19. 6. 2016</w:t>
      </w:r>
    </w:p>
    <w:p>
      <w:r>
        <w:t>Forma: Uznesenie</w:t>
      </w:r>
    </w:p>
    <w:p>
      <w:r>
        <w:t>Oblasť práva: Správne právo</w:t>
      </w:r>
    </w:p>
    <w:p>
      <w:pPr>
        <w:pStyle w:val="Heading2"/>
      </w:pPr>
      <w:r>
        <w:t>Text rozhodnutia</w:t>
      </w:r>
    </w:p>
    <w:p>
      <w:r>
        <w:t>Súd: Krajský súd Trnava Spisová značka: 43Sd/48/2015 Identifikačné číslo súdneho spisu: 2015200434 Dátum vydania rozhodnutia: 20. 06. 2016 Meno a priezvisko sudcu, VSÚ: JUDr. Ľubomír Bundzel ECLI: ECLI:SK:KSTT:2016:2015200434.1 Uznesenie Krajský súd v Trnave v právnej veci navrhovateľa: F. E., nar. X.X.XXXX, bytom XXX XX N. č. XXX, N.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30.1.2015 žiadal pôvodne preskúmať rozhodnutie odporkyne č. XXX XXX XXXX X zo dňa 9.1.2015 (toto rozhodnutie bolo odporkyňou dňa 30.6.2015 zrušené podľa § 112 zákona o sociálnom poistení), ktorým odporkyňa podľa ust. § 71 ods. 1 zákona č. 461/2003 Z. z. o sociálnom poistení v znení neskorších predpisov navrhovateľovi zamietla jeho žiadosť o invalidný dôchodok. V priebehu konania bolo zo strany odporkyne vydané nové rozhodnutie č. XXX XXX XXXX X dňa 30.6.2015, ktorým bol navrhovateľovi podľa § 70 ods. 1 a § 82 zákona o sociálnom poistení od 11.6.2015 priznaný invalidný dôchodok v sume 194 eur mesačne. Rozhodnutie odporkyne vychádzalo z posudku posudkového lekára sociálneho poistenia Sociálnej poisťovne, pobočka Bratislava zo dňa 11.6.2015, ktorý stanovil mieru poklesu schopnosti vykonávať zárobkovú činnosť u navrhovateľa na 45 % v porovnaní so zdravou fyzickou osobou. Navrhovateľ po oboznámení sa s týmto záverom, na pojednávaní konanom dňa 20.6.2016 uviedol, že svoj návrh o preskúmanie rozhodnutia berie späť a konanie žiadal zastaviť.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nie je prípustné odvolanie, nakoľko účastníci konania sa podania odvolania výslovne vzdali.</w:t>
      </w:r>
    </w:p>
    <w:p/>
    <w:p>
      <w:r>
        <w:t>Zdroj: KAUZIS.SK – https://www.kauzis.sk/judikatura/r/ECLI:SK:KSTT:2016:2015200434.1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