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43Sd/49/2015 z 19. 6. 2016</w:t>
      </w:r>
    </w:p>
    <w:p>
      <w:r>
        <w:t>Uznesenie Krajského súdu Trnava z 19. júna 2016, sp. zn. 43Sd/49/2015, ECLI:SK:KSTT:2016:2015200435.1</w:t>
      </w:r>
    </w:p>
    <w:p>
      <w:r>
        <w:t>Súd: Krajský súd Trnava</w:t>
      </w:r>
    </w:p>
    <w:p>
      <w:r>
        <w:t>Spisová značka: 43Sd/49/2015</w:t>
      </w:r>
    </w:p>
    <w:p>
      <w:r>
        <w:t>ECLI: ECLI:SK:KSTT:2016:2015200435.1</w:t>
      </w:r>
    </w:p>
    <w:p>
      <w:r>
        <w:t>Dátum vydania: 19. 6. 2016</w:t>
      </w:r>
    </w:p>
    <w:p>
      <w:r>
        <w:t>Forma: Uznesenie</w:t>
      </w:r>
    </w:p>
    <w:p>
      <w:pPr>
        <w:pStyle w:val="Heading2"/>
      </w:pPr>
      <w:r>
        <w:t>Text rozhodnutia</w:t>
      </w:r>
    </w:p>
    <w:p>
      <w:r>
        <w:t>Súd: Krajský súd Trnava Spisová značka: 43Sd/49/2015 Identifikačné číslo súdneho spisu: 2015200435 Dátum vydania rozhodnutia: 20. 06. 2016 Meno a priezvisko sudcu, VSÚ: JUDr. Ľubomír Bundzel ECLI: ECLI:SK:KSTT:2016:2015200435.1 Uznesenie Krajský súd v Trnave v právnej veci navrhovateľa: B. P. nar. XX.X.XXXX, bytom B. XXXX/XX, XXX XX F. H.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7.5.2015 žiadal preskúmať rozhodnutie odporkyne č. XXX XXX XXXX X zo dňa 21.3.2015, ktorým odporkyňa podľa ust. § 293di ods. 1 a § 82 zákona č. 461/2003 Z. z. o sociálnom poistení v znení neskorších predpisov navrhovateľovi zvýšila od 1.1.2015 starobný dôchodok na sumu 359,20 eur mesačne. V priebehu konania bolo zo strany odporkyne vydané ďalšie rozhodnutie č. XXX XXX XXXX X - I. zo dňa 26.4.2016, ktorým bol navrhovateľovi podľa § 69a, § 293di ods. 1 a § 82 zákona o sociálnom poistení od 1.1.2015 zvýšený starobný dôchodok na sumu 360,70 eur mesačne. Navrhovateľ po oboznámení sa s týmto záverom, na pojednávaní konanom dňa 20.6.2016, vzal svoj návrh o preskúmanie rozhodnutia späť a konanie žiadal zastaviť.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