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38Sd/50/2015 z 3. 4. 2016</w:t>
      </w:r>
    </w:p>
    <w:p>
      <w:r>
        <w:t>Rozsudok Krajského súdu Trnava z 3. apríla 2016, sp. zn. 38Sd/50/2015, ECLI:SK:KSTT:2016:2015200449.2</w:t>
      </w:r>
    </w:p>
    <w:p>
      <w:r>
        <w:t>Súd: Krajský súd Trnava</w:t>
      </w:r>
    </w:p>
    <w:p>
      <w:r>
        <w:t>Spisová značka: 38Sd/50/2015</w:t>
      </w:r>
    </w:p>
    <w:p>
      <w:r>
        <w:t>ECLI: ECLI:SK:KSTT:2016:2015200449.2</w:t>
      </w:r>
    </w:p>
    <w:p>
      <w:r>
        <w:t>Dátum vydania: 3. 4. 2016</w:t>
      </w:r>
    </w:p>
    <w:p>
      <w:r>
        <w:t>Forma: Rozsudok</w:t>
      </w:r>
    </w:p>
    <w:p>
      <w:r>
        <w:t>Oblasť práva: Správne právo</w:t>
      </w:r>
    </w:p>
    <w:p>
      <w:pPr>
        <w:pStyle w:val="Heading2"/>
      </w:pPr>
      <w:r>
        <w:t>Text rozhodnutia</w:t>
      </w:r>
    </w:p>
    <w:p>
      <w:r>
        <w:t>Súd: Krajský súd Trnava Spisová značka: 38Sd/50/2015 Identifikačné číslo súdneho spisu: 2015200449 Dátum vydania rozhodnutia: 04. 04. 2016 Meno a priezvisko sudcu, VSÚ: JUDr. Pavol Laczo ECLI: ECLI:SK:KSTT:2016:2015200449.2 ROZSUDOK V MENE SLOVENSKEJ REPUBLIKY Krajský súd v Trnave v konaní pred samosudcom JUDr. Pavlom Laczom v právnej veci navrhovateľa: D. O., nar.XX.X.XXXX, bytom V.C. XX, XXX XX K., korešpondenčná adresa: K. X, XXX XX K., proti odporkyni: Sociálna poisťovňa - ústredie, Ul. 29 augusta 8, 813 63 Bratislava, o preskúmanie zákonnosti rozhodnutia odporkyne zo dňa 30.10.2014 č. XXX XXX XXXX X takto r o z h o d o l : Krajský súd napadnuté rozhodnutie odporkyne Sociálnej poisťovne - ústredie Bratislava zo dňa 30.10.2014 č. XXX XXX XXXX X p o t v r d z u j e. Navrhovateľovi súd nárok na náhradu trov konania n e p r i z n á v a. o d ô v o d n e n i e : Napadnutým rozhodnutím odporkyne zo dňa 30.10.2014 č. XXX XXX XXXX X odporkyňa podľa § 73 a § 112 ods. 4 zákona č. 461/2003 Z.z. o sociálnom poistení v znení neskorších predpisov, zamietla žiadosť navrhovateľa o zvýšenie invalidného dôchodku. Svoje rozhodnutie odporkyňa odôvodnila tým, že u navrhovateľa nedošlo k zmene výšky miery poklesu schopnosti vykonávať zárobkovú činnosť v porovnaní so zdravou fyzickou osobou a preto navrhovateľovi patrí invalidný dôchodok v nezmenenej sume, nakoľko sa nezmenili skutočnosti rozhodujúce na nárok na výplatu invalidného dôchodku. Proti tomuto rozhodnutiu podal navrhovateľ dňa 19.6.2015 odvolanie, ktoré bližšie neodôvodnil a žiadal len preskúmanie rozhodnutia. Z písomného vyjadrenia odporkyne zo dňa 26.6.2015 vyplýva, že zdravotný stav navrhovateľa bol posudzovaný viackrát posudkovými lekármi a to dňa 7.10.2014 posudkovým lekárom Sociálnej poisťovne, pobočky Trnava, dňa 4.3.2015 rovnako posudkovým lekárom Sociálnej poisťovne, pobočky Trnava, dňa 17.6.2015 posudkovým lekárom Sociálnej poisťovne - ústredie, ktorí zhodne uviedli, že navrhovateľ nepreukázal, že jeho zdravotný stav odôvodňuje vyššiu mieru poklesu schopnosti vykonávať zárobkovú činnosť v porovnaní so zdravou fyzickou osobou a preto nebol dôvod na zvýšenie sumy invalidného dôchodku u navrhovateľa. Krajský súd vo veci nariadil pojednávanie na deň 25.1.2016, ktorého sa zúčastnil navrhovateľ a uviedol, že má ďalšie lekárske správy, ktoré odôvodňujú zhoršenie jeho zdravotného stavu, pretože má problémy s pečeňou, obličkami a slezinou a zhoršuje sa mu aj stav pravej ruky. Z uvedeného dôvodu bolo pojednávanie odročené za účelom znovu posúdenia zdravotného stavu navrhovateľa. Krajský súd preskúmal napadnuté rozhodnutie na pojednávaní podľa § 244 ods. 1, 2 a 3 O.s.p., a § 250l ods. 1 a 2 O.s.p. a dospel k záveru, že napadnuté rozhodnutie odporkyne je správne. Pojednávania konaného dňa 4.4.2016 sa navrhovateľ nezúčastnil, hoci na predchádzajúcom konaní bral termín na vedomie a zaviazal sa dostaviť bez osobitného písomného predvolania. Poverená zástupkyňa odporkyne na pojednávaní uviedla, že vzhľadom na to, že navrhovateľ nepredložil nové lekárske správy, žiada napadnuté rozhodnutie ako vecne správne potvrdiť.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73 zákona č.461/2003 Z.z. o sociálnom poistení v znení neskorších predpisov Určenie sumy invalidného dôchodku (1) Suma invalidného dôchodku poistenca, ktorý má percentuálny pokles schopnosti vykonávať zárobkovú činnosť o viac ako 70%, sa určí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(2)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(3) Suma invalidného dôchodku fyzickej osoby uvedenej v § 70 ods. 2, ktorá má percentuálny pokles schopnosti vykonávať zárobkovú činnosť o viac ako 70%, sa určí ako súčin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Osobný mzdový bod sa určuje na hodnotu 0,67. Podľa § 112 ods. 4 zák. č. 461/2003 Z.z. o sociálnom poistení v znení neskorších predpisov (4) Výplata dávky sa zastaví, uvoľní alebo sa dávka vypláca v nižšej sume alebo vo vyššej sume, ak sa zmenia skutočnosti rozhodujúce na nárok na výplatu dávky. Podľa § 112 ods. 6 zák. č. 461/2003 Z.z. o sociálnom poistení v znení neskorších predpisov (6) Dávka sa odníme, zníži alebo jej výplata sa zastaví odo dňa nasledujúceho po dni, ktorým uplynulo obdobie, za ktoré sa dávka už vyplatila. Z predloženého spisového materiálu krajský súd zistil, že navrhovateľ si podal žiadosť o zvýšenie invalidného dôchodku. Na základe jeho žiadosti bol zdravotný stav navrhovateľa posudzovaný viackrát posudkovými lekármi, ktorí vo svojich lekárskych správach zhodne uviedli, že u navrhovateľa nedošlo k zhoršeniu zdravotného stavu, ani k zmenám žiadnych skutočností ovplyvňujúcich určenú výšku sumy invalidného dôchodku, keď zotrvali na určenej výške miery poklesu schopnosti vykonávať zárobkovú činnosť v porovnaní so zdravou fyzickou osobou vo výške 60%, ktorú dosahoval navrhovateľ už v čase predtým ako podal žiadosť o zvýšenie invalidného dôchodku. Navrhovateľ síce na pojednávaní konanom dňa 25.1.2016 predložil nové lekárske správy, ktoré podľa jeho názoru odôvodňovali zhoršenie jeho zdravotného stavu, pričom posudková lekárka Sociálnej poisťovne -ústredie MUDr. P. J. vo svojej lekárskej správe zo dňa 17.6.2015 uviedla, že uvedené správy neodôvodňujú zmenu výšky poklesu schopnosti vykonávať zárobkovú činnosť, keďže u navrhovateľa nedošlo k zhoršeniu zdravotného stavu a táto skutočnosť nevyplýva ani z doložených lekárskych správ. Krajský súd v Trnave konštatuje, že napadnuté rozhodnutie odporkyne je riadne odôvodnené a vyplýva z neho, že k zmene sumy výšky invalidného dôchodku vyplácanej navrhovateľovi nemohlo prísť, pretože navrhovateľ nepreukázal žiadnymi relevantnými dôkazmi, že u neho došlo k zhoršeniu zdravotného stavu a túto skutočnosť potvrdili aj posudkoví lekári. Vzhľadom na vyššie uvedené skutočnosti súd rozhodol tak ako je uvedené vo výrokovej časti tohto rozsudku. O náhrade trov konania rozhodol krajský súd v súlade s ustanovením § 250k ods. 1 O.s.p. v spojení s § 250l ods. 2 O.s.p. tak, že navrhovateľovi náhradu trov konania nepriznal pre jeho neúspech v konaní.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https://www.kauzis.sk/judikatura/r/ECLI:SK:KSTT:2016:2015200449.2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