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21Sd/33/2015 z 22. 2. 2016</w:t>
      </w:r>
    </w:p>
    <w:p>
      <w:r>
        <w:t>Uznesenie Krajského súdu Trnava z 22. februára 2016, sp. zn. 21Sd/33/2015, ECLI:SK:KSTT:2016:2015200527.1</w:t>
      </w:r>
    </w:p>
    <w:p>
      <w:r>
        <w:t>Súd: Krajský súd Trnava</w:t>
      </w:r>
    </w:p>
    <w:p>
      <w:r>
        <w:t>Spisová značka: 21Sd/33/2015</w:t>
      </w:r>
    </w:p>
    <w:p>
      <w:r>
        <w:t>ECLI: ECLI:SK:KSTT:2016:2015200527.1</w:t>
      </w:r>
    </w:p>
    <w:p>
      <w:r>
        <w:t>Dátum vydania: 22. 2. 2016</w:t>
      </w:r>
    </w:p>
    <w:p>
      <w:r>
        <w:t>Forma: Uznesenie</w:t>
      </w:r>
    </w:p>
    <w:p>
      <w:pPr>
        <w:pStyle w:val="Heading2"/>
      </w:pPr>
      <w:r>
        <w:t>Text rozhodnutia</w:t>
      </w:r>
    </w:p>
    <w:p>
      <w:r>
        <w:t>Súd: Krajský súd Trnava Spisová značka: 21Sd/33/2015 Identifikačné číslo súdneho spisu: 2015200527 Dátum vydania rozhodnutia: 23. 02. 2016 Meno a priezvisko sudcu, VSÚ: JUDr. Božena Husárová ECLI: ECLI:SK:KSTT:2016:2015200527.1 Uznesenie Krajský súd v Trnave v právnej veci navrhovateľky: F. T., nar. XX.XX.XXXX, bytom H. XXX/X, XXX XX T.,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svojim návrhom, doručeným odporkyni dňa 29.12.2014, žiadala o preskúmanie rozhodnutia odporkyne č. XXX XXX XXXX X zo dňa 27.11.2014, ktorým odporkyňa podľa § 70 a § 71 zákona č. 461/2003 Z. z. o sociálnom poistení v znení neskorších predpisov navrhovateľke zamietla žiadosť o invalidný dôchodok zo dňa 06.11.2015. Na základe opravného prostriedku navrhovateľky bol jej zdravotný stav opakovane preskúmaný posudkovým lekárom sociálneho poistenia Sociálnej poisťovne, ústredie dňa 15.07.2015, so záverom, že navrhovateľka je invalidná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45%. Odporkyňa tak vyhovela opravnému prostriedku navrhovateľky. Navrhovateľka, po oboznámení sa s týmto záverom, ešte pred pojednávaním vzala svoj návrh o preskúmanie rozhodnutia, podaním doručeným tunajšiemu súdu dňa 13.08.2015, späť a konanie žiadala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