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43Sd/58/2015 z 26. 6. 2016</w:t>
      </w:r>
    </w:p>
    <w:p>
      <w:r>
        <w:t>Uznesenie Krajského súdu Trnava z 26. júna 2016, sp. zn. 43Sd/58/2015, ECLI:SK:KSTT:2016:2015200534.1</w:t>
      </w:r>
    </w:p>
    <w:p>
      <w:r>
        <w:t>Súd: Krajský súd Trnava</w:t>
      </w:r>
    </w:p>
    <w:p>
      <w:r>
        <w:t>Spisová značka: 43Sd/58/2015</w:t>
      </w:r>
    </w:p>
    <w:p>
      <w:r>
        <w:t>ECLI: ECLI:SK:KSTT:2016:2015200534.1</w:t>
      </w:r>
    </w:p>
    <w:p>
      <w:r>
        <w:t>Dátum vydania: 26. 6. 2016</w:t>
      </w:r>
    </w:p>
    <w:p>
      <w:r>
        <w:t>Forma: Uznesenie</w:t>
      </w:r>
    </w:p>
    <w:p>
      <w:r>
        <w:t>Oblasť práva: Správne právo</w:t>
      </w:r>
    </w:p>
    <w:p>
      <w:pPr>
        <w:pStyle w:val="Heading2"/>
      </w:pPr>
      <w:r>
        <w:t>Text rozhodnutia</w:t>
      </w:r>
    </w:p>
    <w:p>
      <w:r>
        <w:t>Súd: Krajský súd Trnava Spisová značka: 43Sd/58/2015 Identifikačné číslo súdneho spisu: 2015200534 Dátum vydania rozhodnutia: 27. 06. 2016 Meno a priezvisko sudcu, VSÚ: JUDr. Ľubomír Bundzel ECLI: ECLI:SK:KSTT:2016:2015200534.1 Uznesenie Krajský súd v Trnave v právnej veci navrhovateľa: U. F., nar. X.X.XXXX, bytom XXX XX F. U. U. XX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27.4.2015 žiadal preskúmať rozhodnutie odporkyne č. XXX XXX XXXX X zo dňa 24.3.2015, ktorým odporkyňa podľa ust. § 70 a § 71 zákona č. 461/2003 Z. z. o sociálnom poistení v znení neskorších predpisov navrhovateľovi zamietla žiadosť o invalidný dôchodok. Rozhodnutie odporkyne vychádzalo z posudku posudkového lekára sociálneho poistenia Sociálnej poisťovne, pobočky Trnava zo dňa 2.3.2015, ktorý stanovil mieru poklesu schopnosti vykonávať zárobkovú činnosť u navrhovateľa na 35 % v porovnaní so zdravou fyzickou osobou. Na základe opravného prostriedku navrhovateľa bol jeho zdravotný stav opakovane preskúmaný posudkovým lekárom sociálneho poistenia Sociálnej poisťovne, pobočky Trnava dňa 1.6.2015, a posudkovým lekárom sociálneho poistenia Sociálnej poisťovne, ústredie dňa 16.7.2015 so záverom, že navrhovateľ naďalej nie je invalidný, pričom miera poklesu schopnosti vykonávať zárobkovú činnosť u navrhovateľa boal opätovne stanovená na 35 %. Navrhovateľ po oboznámení sa s týmto záverom, na pojednávaní konanom dňa 27.6.2016, vzal svoj návrh o preskúmanie rozhodnutia späť a konanie žiadal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