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21Sd/35/2015 z 27. 4. 2016</w:t>
      </w:r>
    </w:p>
    <w:p>
      <w:r>
        <w:t>Rozsudok Krajského súdu Trnava z 27. apríla 2016, sp. zn. 21Sd/35/2015, ECLI:SK:KSTT:2016:2015200546.1</w:t>
      </w:r>
    </w:p>
    <w:p>
      <w:r>
        <w:t>Súd: Krajský súd Trnava</w:t>
      </w:r>
    </w:p>
    <w:p>
      <w:r>
        <w:t>Spisová značka: 21Sd/35/2015</w:t>
      </w:r>
    </w:p>
    <w:p>
      <w:r>
        <w:t>ECLI: ECLI:SK:KSTT:2016:2015200546.1</w:t>
      </w:r>
    </w:p>
    <w:p>
      <w:r>
        <w:t>Dátum vydania: 27. 4. 2016</w:t>
      </w:r>
    </w:p>
    <w:p>
      <w:r>
        <w:t>Forma: Rozsudok</w:t>
      </w:r>
    </w:p>
    <w:p>
      <w:r>
        <w:t>Oblasť práva: Správne právo</w:t>
      </w:r>
    </w:p>
    <w:p>
      <w:pPr>
        <w:pStyle w:val="Heading2"/>
      </w:pPr>
      <w:r>
        <w:t>Text rozhodnutia</w:t>
      </w:r>
    </w:p>
    <w:p>
      <w:r>
        <w:t>Súd: Krajský súd Trnava Spisová značka: 21Sd/35/2015 Identifikačné číslo súdneho spisu: 2015200546 Dátum vydania rozhodnutia: 28. 04. 2016 Meno a priezvisko sudcu, VSÚ: JUDr. Božena Husárová ECLI: ECLI:SK:KSTT:2016:2015200546.1 ROZSUDOK V MENE SLOVENSKEJ REPUBLIKY Krajský súd v Trnave sudkyňou JUDr. Boženou Husárovou v právnej veci žalobcu: B. Z., nar. XX.XX.XXXX, L. XX proti žalovanej: Sociálna poisťovňa - ústredie, so sídlom Ul. 29. augusta č. 8, Bratislava, o preskúmanie zákonnosti rozhodnutia žalovanej č. XXX XXX XXXX X zo dňa 10.03.2015 takto r o z h o d o l : Súd rozhodnutie žalovanej č. XXX XXX XXXX X zo dňa 10.03.2015 podľa § 250j ods. 2 písm. c) O.s.p. zrušuje a vec jej vracia na ďalšie konanie. Žalobcovi sa nárok na náhradu trov konania nepriznáva. o d ô v o d n e n i e : Rozhodnutím č. XXX XXX XXXX X zo dňa 10.03.2015 žalovaná podľa § 73 a § 112 ods. 4 zák. č. 461/2003 Z.z. o sociálnom poistení v znení neskorších predpisov zamietla žiadosť žalobcu o zvýšenie invalidného dôchodku s poukazom na to, že na základe žiadosti žalobcu bolo zvýšenie invalidného dôchodku posudkovým lekárom sociálneho poistenia, pobočky Sociálnej poisťovne Trnava opätovne preskúmané a bolo zistené, že podľa § 71 ods. 1 zák. č. 461/2003 Z.z. pokles schopnosti vykonávať zárobkovú činnosť sa oproti posúdeniu zdravotného stavu zo dňa 22.07.2015 nezmenil, zostáva 70 %, čomu zodpovedá i miera poklesu schopnosti vykonávať zárobkovú činnosť, preto nevznikol dôvod na zvýšenie invalidného dôchodku. Žalobca napadol správnosť uvedeného rozhodnutia, poukázal na to, že jeho zdravotný stav nebol posúdený komplexne a správne, pretože rozhodujúce zdravotné postihnutie pri priznaní invalidného dôchodku bolo určené podľa kapitoly XV - Choroby podporného a pohybového aparátu, oddiel G - postihnutie končatín, položka 4 - strata jednej hornej končatiny v ramennom kĺbe, písmeno c) s menej rozsiahlejšími amputačnými stratami HK v rozsahu 60 % a iné zdravotné postihnutie mu zvýšilo mieru o 10 %. Medzi iné zdravotné postihnutia bol zaradený i chronický štvorkomorový hydrocefalus staršieho dáta, hoci podľa názoru žalobcu uvedené ochorenie je vzhľadom na lekárske nálezy bez možnosti zlepšenia a malo by byť práve ono považované za rozhodujúce pre priznanie invalidity. Žalovaná vo vyjadrení k odvolaniu žiadala rozhodnutie potvrdiť, nakoľko podľa posudku posudkového lekára zo dňa 19.02.2015, ktorý bol vypracovaný na základe podanej žiadosti o zvýšenie invalidného dôchodku je žalobca naďalej invalidný s mierou poklesu schopnosti vykonávať zárobkovú činnosť 70 % v porovnaní so zdravou fyzickou osobou, preto posudok, ktorý je neoddeliteľnou súčasťou predmetného rozhodnutia a obsahom ktorého je i vyhodnotenie zdravotného stavu nezakladá možnosť zvýšenia invalidného dôchodku. Ani opätovné posúdenie zdravotného stavu lekárom sociálneho poistenia Sociálnej poisťovne ústredie zo dňa 22.07.2015 nezistil zmenu, z toho dôvodu nie je možné odvolaniu žalobcu vyhovieť a rozhodnutie žalovanej tak vychádza z objektívne zisteného skutkového stavu. Krajský súd preskúmal napadnuté rozhodnutia ako aj konanie, ktoré mu predchádzalo podľa tretej hlavy piatej časti O.s.p. a vo veci vytýčil pojednávanie.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 Podľa § 70 zák.č. 461/2003 Z.z. o sociálnom poistení (1) Poistenec má nárok na invalidný dôchodok, ak sa stal invalidný, získal počet rokov dôchodkového poistenia uvedený v § 72 a ku dňu vzniku invalidity nesplnil podmienky nároku na starobný dôchodok, alebo mu nebol priznaný predčasný starobný dôchodok. Podľa § 71 zák. č. 461/2003 Z.z.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Podľa § 250q O.s.p. (2) O opravnom prostriedku rozhodne súd rozsudkom, ktorým preskúmané rozhodnutie buď potvrdí, alebo ho zruší a vráti na ďalšie konanie. Ustanovenie § 250j ods. 5 O.s.p. platí obdobne. Posúdenie zdravotného stavu dôchodkovo poistenej osoby - žalobcu a miera poklesu schopnosti vykonávať zárobkovú činnosť v porovnaní so zdravou fyzickou osobou je vo veciach sociálneho (dôchodkového) poistenia zverené posudkovým lekárom sociálneho poistenia. Krajský súd na pojednávaní vypočul žalobcu, ktorý zotrval na svojom tvrdení uvedenom v odvolaní, poukázal na to, že jeho zdravotný stav i podľa posúdenia odbornými lekármi sa zlepšiť nedá ani operáciou, iba sa zhoršuje, k čomu predložil i lekársky nález zo dňa 07.03.2016 vypracovaný neurológom MUDr. N. a vyslovil presvedčenie, že jeho zdravotný stav je nesprávne posudzovaný z hľadiska závažnosti rozhodujúceho zdravotného postihnutia. Zástupkyňa žalovanej zotrvala na tvrdeniach uvedených vo vyjadrení predloženom súdu v písomnej forme a žiadala, aby súd rozhodnutie potvrdil. Krajský súd v Trnave preskúmal napadnuté rozhodnutie v spojení s konaním, ktoré mu predchádzalo s poukazom na dôkazy a zistenia, ktoré boli súčasťou i spisového materiálu a dospel k záveru, že rozhodnutie žalovanej nie je možné potvrdiť. Z administratívneho spisu má súd preukázané, že na základe žiadosti zo dňa 29.05.2009 požiadal žalobca o dávku sociálneho poistenia, keď dňa 01.10.2008 ako spolujazdec havaroval, pri ktorom vyšetrení mu bol zistený náhodný nález - chronický štvorkomorový hydrocephalus, ako je skonštatované v predchádzajúcej správe vyhotovenej Klinikou anesteziológie a intenzívnej medicíny FN Trnava, ktorá bola podkladom pre podanie žiadosti pre invalidný dôchodok. Na základe následného posúdenia a podľa v spise sa nachádzajúcej dokumentácie bol žalobca uznaný za invalidného podľa § 71 ods. 1 zák. č. 461/2003 Z.z. s mierou poklesu schopnosti vykonávať zárobkovú činnosť v rozsahu 70 %. Invalidita vznikla ako je uvedené v lekárskej správe zo dňa 27.10.2009 v dôsledku úrazu s odkazom na kapitola XV, oddiel G, položka 4, písmeno c). Vznik invalidity bol určený dňom 30.09.2009. Na žiadosť žalobcu o zvýšenie invalidného dôchodku bola vypracovaná lekárska správa dňa 19.01.2011, podľa ktorej nedošlo ku zmene miery poklesu schopnosti vykonávať zárobkovú činnosť, ktorá zostala v rozsahu 70 % pri rovnakom rozhodujúcom zdravotnom postihnutí, ako bolo stanovené predchádzajúcim nálezom a tiež prvým lekárskym nálezom vyhotoveným pre priznanie invalidity. Ďalšie lekárske posúdenie bolo vypracované dňa 25.03.2013. Vyhotovená správa opäť zotrvala na nezmenených konštatovaniach i v súvislosti s rozhodujúcim zdravotným postihnutím a mierou poklesu schopnosti vykonávať zárobkovú činnosť, po čom nasleduje ďalší lekársky posudok zo dňa 19.02.2015 a posledný zo dňa 22.07.2015, ktoré zotrvávajú pri posúdení na rovnakej miere poklesu schopnosti vykonávať zárobkovú činnosť v rozsahu 70 % pri nezmenenom posúdení rozhodujúceho zdravotného postihnutia. Miera poklesu schopnosti vykonávať zárobkovú činnosť v percentách sa určuje podľa druhu zdravotného poistenia, ktoré je rozhodujúcou príčinou dlhodobo nepriaznivého zdravotného stavu a to so zreteľnom na závažnosť ostatných zdravotných postihnutí. Posúdenie rozsahu zdravotného poškodenia s jeho následkom na schopnosť občana vykonávať zárobkovú činnosť vyžaduje odborné lekárske znalosti a vo veciach sociálneho zabezpečenia je zverené posudkovým lekárom sociálneho poistenia a to tak na účely správneho, ako aj na účely súdneho konania. V tejto súvislosti však konajúci súd ale poukazuje na neúplnosť záverov posudkových orgánov v spojení s posudkami, ktoré sa žiadosťou žalobcu o zvýšenie invalidného dôchodku a s tým spojenou možnou zmenou rozhodujúceho zdravotného postihnutia dôsledne nezaoberali. V lekárskych správach síce posudkoví lekári odkázali na jednotlivé lekárske vyšetrenia, ale bez bližšieho zdôvodnenia a vyhodnotenia možnej zmeny rozhodujúceho zdravotného postihnutia. Obsahom spisu je neurologické vyšetrenie zo dňa 07.03.2016 vykonané odborným lekárom neurológom, v ktorom náleze je uvedený nález - štvorkomorový hydrocephalus - s progresiou stavu, čo už bolo konštatované i v prepúšťacej správe z Fakultnej nemocnice Trnava zo dňa 05.09.2014, ktorá správa je síce uvedená v posudku lekárskej správy zo dňa 22.07.2015 a je popísaná ako „mierna veľkostná progresia“ avšak bez toho, aby sa s touto skutočnosťou v rámci celkového posúdenia zdravotného stavu posudkový lekár zaoberal a vyhodnotil možnosť prehodnotenia rozhodujúceho zdravotného postihnutia žalobcu pri zohľadnení odborným lekárom konštatovanou progresiou vyššie uvedeného ochorenia. Vzhľadom na zhodnotenia rozhodujúceho zdravotného postihnutia a určenie miery poklesu schopnosti žalobcu vykonávať zárobkovú činnosť sa súdu javí nedostatočne presvedčivý záver posudkových lekárov o celkovom zdravotnom stave žalobcu, od ktorého posudkoví lekári odvodili rozhodujúce zdravotné postihnutie, ktoré zistenia v potrebnom rozsahu neodôvodnili a to v spojení so závermi uvedenými v odborných lekárskych vyšetreniach, na základe čoho dospel konajúci súd k tomu, že rozhodnutie žalovanej je potrebné podľa § 250j ods. 2 písm. c) O.s.p. z dôvodu, že zistenie skutkového stavu je nedostačujúce na posúdenie veci zrušiť a vec vrátiť žalovanej na ďalšie konanie, v ktorom predmetné nedostatky odstráni a to osobitne so zameraním sa na prehodnotenie rozhodujúceho zdravotného postihnutia v spojení s lekárskymi vyšetreniami a o veci opäť rozhodne. O trovách konania súd rozhodol podľa § 250k O.s.p. tak, že úspešnému žalobcovi náhradu trov konania nepriznal, pretože si tieto neuplatňoval.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https://www.kauzis.sk/judikatura/r/ECLI:SK:KSTT:2016:2015200546.1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