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21Sd/36/2015 z 27. 4. 2016</w:t>
      </w:r>
    </w:p>
    <w:p>
      <w:r>
        <w:t>Rozsudok Krajského súdu Trnava z 27. apríla 2016, sp. zn. 21Sd/36/2015, ECLI:SK:KSTT:2016:2015200565.1</w:t>
      </w:r>
    </w:p>
    <w:p>
      <w:r>
        <w:t>Súd: Krajský súd Trnava</w:t>
      </w:r>
    </w:p>
    <w:p>
      <w:r>
        <w:t>Spisová značka: 21Sd/36/2015</w:t>
      </w:r>
    </w:p>
    <w:p>
      <w:r>
        <w:t>ECLI: ECLI:SK:KSTT:2016:2015200565.1</w:t>
      </w:r>
    </w:p>
    <w:p>
      <w:r>
        <w:t>Dátum vydania: 27. 4. 2016</w:t>
      </w:r>
    </w:p>
    <w:p>
      <w:r>
        <w:t>Forma: Rozsudok</w:t>
      </w:r>
    </w:p>
    <w:p>
      <w:r>
        <w:t>Oblasť práva: Správne právo</w:t>
      </w:r>
    </w:p>
    <w:p>
      <w:pPr>
        <w:pStyle w:val="Heading2"/>
      </w:pPr>
      <w:r>
        <w:t>Text rozhodnutia</w:t>
      </w:r>
    </w:p>
    <w:p>
      <w:r>
        <w:t>Súd: Krajský súd Trnava Spisová značka: 21Sd/36/2015 Identifikačné číslo súdneho spisu: 2015200565 Dátum vydania rozhodnutia: 28. 04. 2016 Meno a priezvisko sudcu, VSÚ: JUDr. Božena Husárová ECLI: ECLI:SK:KSTT:2016:2015200565.1 ROZSUDOK V MENE SLOVENSKEJ REPUBLIKY Krajský súd v Trnave sudkyňou JUDr. Boženou Husárovou v právnej veci žalobcu: Mgr. C. M., nar. XX.XX.XXXX, bytom T. XXX/XXX, D. proti žalovanej: Sociálna poisťovňa - ústredie, so sídlom Ul. 29. Augusta č. 8, Bratislava o preskúmanie zákonnosti rozhodnutia žalovanej č. XXX XXX XXXX X zo dňa 25.04.2015 takto r o z h o d o l : Súd rozhodnutie žalovanej č. XXX XXX XXXX X zo dňa 25.04.2015 potvrdzuje. Žalobkyni sa nárok na náhradu trov konania nepriznáva. o d ô v o d n e n i e : Žalovaná rozhodnutím č. XXX XXX XXXX X zo dňa 25.04.2015 podľa § 70 ods. 1 a § 71 ods. 1 zák. č. 461/2003 Z.z. o sociálnom poistení v znení neskorších predpisov zamietla žiadosť žalobkyne o priznanie invalidného dôchodku s odôvodnením, že podľa posúdenia zdravotného stavu posudkovým lekárom sociálneho poistenia pobočky Sociálnej poisťovne Galanta zo dňa 10.04.2015 nie je invalidná, lebo pre dlhodobo nepriaznivý zdravotný stav nemá pokles schopnosti vykonávať zárobkovú činnosť o viac ako 40 % v porovnaní so zdravou fyzickou osobou. Proti tomuto rozhodnutiu podala žalobkyňa odvolanie doručené žalovanej dňa 29.05.2015 ktorým namietala, že posudkový lekár sa podrobne nezaoberal skúmaním jej zdravotného stavu, pričom trpí neustálymi bolesťami v časti krčnej chrbtice, ktorú mala operovanú, je stále liečená neurológom a pretrváva u nej i intenzívne šumenie v ušiach. Na základe podaného opravného prostriedku žalovaná opätovne posúdila zdravotný stav žalobkyne, ale ani podľa posudku vypracovaného posudkovým lekárom sociálneho poistenia zo dňa 29.07.2015 žalobkyňa nebola uznaná invalidnou a miera poklesu schopnosti vykonávať zárobkovú činnosť bola stanovená v rozsahu 20 %, čím nesplnila nárok pre priznanie invalidného dôchodku. Žalobkyňa napriek opakovanému posúdeniu zdravotného stavu trvala na návrhu, preto súd vo veci vytýčil termín pojednávania, ktorého sa ale žalobkyňa nezúčastnila, svoju neprítomnosť ospravedlnila bez bližšieho odôvodnenia s tým, že má za to, že predložené dôkazy postačujú k tomu, aby jej návrhu na priznanie invalidného dôchodku bolo vyhovené. Žalovaná vo vyjadrení k žalobe i v spojení s opätovným posúdením zdravotného stavu žalobkyne vykonanej posudkovým lekárom zo dňa 29.07.2015 poukázala na to, že ani následne lekárske posúdenie zdravotného stavu žalobkyne nezmenilo pôvodný posudok podľa ktorého nie je invalidnou a miera poklesu schopnosti vykonávať zárobkovú činnosť v porovnaní so zdravou fyzickou osobou bola päť stanovená v rozsahu 20 % , čím nesplnila podmienky pre priznanie invalidného dôchodku. Krajský súd preskúmal napadnuté rozhodnutie aj konanie, ktoré mu predchádzalo podľa tretej hlavy piatej časti O.s.p. a dospel k záveru, že odvolanie nie je dôvodné.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250q O.s.p. (2) O opravnom prostriedku rozhodne súd rozsudkom, ktorým preskúmané rozhodnutie buď potvrdí, alebo ho zruší a vráti na ďalšie konanie. Ustanovenie § 250j ods. 5 O.s.p. platí obdobne. Posúdenie zdravotného stavu dôchodkovo poistenej osoby - žalobkyne a miera poklesu schopnosti vykonávať zárobkovú činnosť v porovnaní so zdravou fyzickou osobou je vo veciach sociálneho (dôchodkového) poistenia zverené posudkovým lekárom sociálneho poistenia. Podľa názoru konajúceho súdu posúdenie zdravotného stavu žalobkyne bolo vykonané komplexne pri zohľadnení tak jej zdravotného stavu ako i odborných lekárskych nálezov, ktoré sú súčasťou administratívneho spisu a ktoré mal posudkový lekár v čase opätovného posudzovania k dispozícii, tieto boli vzaté do úvahy a lekárska správa v spojení s posudkom zo dňa 29.07.2015 vyhotovené posudkovým lekárom sociálneho poistenia na ne odkazuje. V závere dáva konajúci súd do pozornosti i skutočnosť, že lekárske nálezy, ktoré predložila žalobkyňa súdu svojim podaním zo dňa 09.03.2016 boli ku dňu vyhotovenia lekárskej správy posudkovým lekárom sociálneho poistenia dňa 29.07.2015 zohľadnené až na správu z neurochirurgickej ambulancie zo dňa 25.09.2015 a psychiatrické vyšetrenie zo dňa 16.09.2015 v spojení s nálezom zo dňa 02.09.2015, ktoré síce znalecký posudok vyhotovovaný dňa 29.07.2015 neobsahuje, ale po oboznámení sa s ktorými súd konštatuje, že i keď sa jedná o odborné lekárske nálezy, ktoré súd nemôže preskúmavať, nevyplýva z nich také zhoršenie zdravotného stavu, ktoré by znamenali inú zmenu záveru, než vyplýva z lekárskej správy zo dňa 29.07.2015. Vzhľadom na tieto skutočnosti konajúci súd rozhodnutie žalovanej podľa § 250q ods. 2 O.s.p. potvrdil. O trovách konania súd rozhodol podľa § 250k O.s.p., ale procesne neúspešnej žalobkyni nárok na náhradu trov konania nepriznal. Pri zohľadnení uvedeného dáva konajúci súd do pozornosti žalobkyne, že v prípade, ak by v budúcnosti došlo k relevantnej zmene jej zdravotného stavu a jeho zhoršeniu, môže žalobkyňa opätovne požiadať o priznanie invalidného dôchodku na základe nového preskúmania miery poklesu schopnosti vykonávať zárobkovú činnosť.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