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14S/147/2015 z 11. 2. 2016</w:t>
      </w:r>
    </w:p>
    <w:p>
      <w:r>
        <w:t>Uznesenie Krajského súdu Trnava z 11. februára 2016, sp. zn. 14S/147/2015, ECLI:SK:KSTT:2016:2015200673.2</w:t>
      </w:r>
    </w:p>
    <w:p>
      <w:r>
        <w:t>Súd: Krajský súd Trnava</w:t>
      </w:r>
    </w:p>
    <w:p>
      <w:r>
        <w:t>Spisová značka: 14S/147/2015</w:t>
      </w:r>
    </w:p>
    <w:p>
      <w:r>
        <w:t>ECLI: ECLI:SK:KSTT:2016:2015200673.2</w:t>
      </w:r>
    </w:p>
    <w:p>
      <w:r>
        <w:t>Dátum vydania: 11. 2. 2016</w:t>
      </w:r>
    </w:p>
    <w:p>
      <w:r>
        <w:t>Forma: Uznesenie</w:t>
      </w:r>
    </w:p>
    <w:p>
      <w:pPr>
        <w:pStyle w:val="Heading2"/>
      </w:pPr>
      <w:r>
        <w:t>Text rozhodnutia</w:t>
      </w:r>
    </w:p>
    <w:p>
      <w:r>
        <w:t>Súd: Krajský súd Trnava Spisová značka: 14S/147/2015 Identifikačné číslo súdneho spisu: 2015200673 Dátum vydania rozhodnutia: 12. 02. 2016 Meno a priezvisko sudcu, VSÚ: JUDr. Pavol Laczo ECLI: ECLI:SK:KSTT:2016:2015200673.2 Uznesenie Krajský súd v Trnave v právnej veci žalobcu: Pivovar Janáček SK, s.r.o., so sídlom Kráľovská 256/1, 909 01 Skalica, IČO: 36 272 027, právne zast.: OLEXOVA VASILISIN s.r.o., so sídlom Dunajská 18, 811 08 Bratislava, IČO: 36 820 059, proti žalovanému: Finančné riaditeľstvo Slovenskej republiky, so sídlom Lazovná 63, 974 01 Banská Bystrica, o preskúmanie rozhodnutia žalovaného č. 884274/2015 zo dňa 15. júna 2015, t a k t o r o z h o d o l : Súd konanie z a s t a v u j e . Žiaden z účastníkov nemá právo na náhradu trov konania. o d ô v o d n e n i e : Žalobou zo dňa 08.09.2015, doručenou súdu dňa 11.09.2015, sa žalobca prostredníctvom právneho zástupcu domáhal preskúmania zákonnosti rozhodnutia žalovaného č. 884274/2015 zo dňa 15.06.2015, ktorý postupom podľa ust. § 74 ods. 4 zákona č. 563/2009 Z.z. o správe daní (daňový poriadok) a o zmene a doplnení niektorých zákonov (ďalej len „zákon č. 563/2009 Z.z.“) potvrdil prvostupňové rozhodnutie Daňového úradu Trnava číslo 9213401/5/439460/2015 zo dňa 27.02.2015, ktorým Daňový úrad Trnava podľa ust. § 68 ods. 6 zákona č. 563/2009 Z.z. vyrubil daňovému subjektu (žalobca) rozdiel dane v sume 58.745,- eur na dani z pridanej hodnoty za zdaňovacie obdobie november 2011. Krajský súd v Trnave výzvou zo dňa 30.11.2015, ktorá bola doručená právnemu zástupcovi žalobcu dňa 03.12.2015,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14.12.2015. Podľa § 5 ods. 1 písm. a) zákona č. 71/1992 Zb. o súdnych poplatkoch a poplatku za výpis z registra trestov v znení neskorších predpisov (ďalej len „zákon o súdnych poplatkoch“), poplatková povinnosť vzniká podaním návrhu, odvolania a dovolania alebo žiadosti na vykonanie poplatkového úkonu, ak je poplatníkom navrhovateľ, odvolateľ a dovolateľ.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zákona o súdnych poplatkoch, prvostupňový súd zruší uznesenie o zastavení konania pre nezaplatenie súdneho poplatku, ak poplatník zaplatí súdny poplatok do konca lehoty na podanie odvolania. Vzhľadom na to, že žalobca nezaplatil súdny poplatok vo výške 70 eur splatný podaním žaloby, ani v zákonnej lehote určenej súdom na zaplatenie súdneho poplatku vo výzve zo dňa 30.11.2015,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O náhrade trov konania krajský súd rozhodoval podľa ust. § 246c O.s.p. v spojení § 146 ods. 2 tak, že žiaden z účastníkov nemá právo na náhradu trov konania, nakoľko žalobca zavinil zastavenie konania a žalovanému náhrada trov konania neprislúcha.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https://www.kauzis.sk/judikatura/r/ECLI:SK:KSTT:2016:2015200673.2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