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43Sp/32/2015 z 17. 7. 2016</w:t>
      </w:r>
    </w:p>
    <w:p>
      <w:r>
        <w:t>Rozsudok Krajského súdu Trnava z 17. júla 2016, sp. zn. 43Sp/32/2015, ECLI:SK:KSTT:2016:2015200689.2</w:t>
      </w:r>
    </w:p>
    <w:p>
      <w:r>
        <w:t>Súd: Krajský súd Trnava</w:t>
      </w:r>
    </w:p>
    <w:p>
      <w:r>
        <w:t>Spisová značka: 43Sp/32/2015</w:t>
      </w:r>
    </w:p>
    <w:p>
      <w:r>
        <w:t>ECLI: ECLI:SK:KSTT:2016:2015200689.2</w:t>
      </w:r>
    </w:p>
    <w:p>
      <w:r>
        <w:t>Dátum vydania: 17. 7. 2016</w:t>
      </w:r>
    </w:p>
    <w:p>
      <w:r>
        <w:t>Forma: Rozsudok</w:t>
      </w:r>
    </w:p>
    <w:p>
      <w:r>
        <w:t>Oblasť práva: Správne právo</w:t>
      </w:r>
    </w:p>
    <w:p>
      <w:pPr>
        <w:pStyle w:val="Heading2"/>
      </w:pPr>
      <w:r>
        <w:t>Text rozhodnutia</w:t>
      </w:r>
    </w:p>
    <w:p>
      <w:r>
        <w:t>Súd: Krajský súd Trnava Spisová značka: 43Sp/32/2015 Identifikačné číslo súdneho spisu: 2015200689 Dátum vydania rozhodnutia: 18. 07. 2016 Meno a priezvisko sudcu, VSÚ: JUDr. Ľubomír Bundzel ECLI: ECLI:SK:KSTT:2016:2015200689.2 ROZSUDOK V MENE SLOVENSKEJ REPUBLIKY Krajský súd v Trnave sudcom JUDr. Ľubomírom Bundzelom v právnej veci navrhovateľa: POHOTOVOSŤ, s.r.o., sídlom Pribinova 25, 811 09 Bratislava, IČO: 35 807 598, proti odporkyni: Okresný úrad Šaľa, Staničná ul. 23, 927 01 Šaľa za účasti: I. T., nar. X.X.XXXX, bytom B. XXXX/X, XXX XX E. X o preskúmanie rozhodnutia odporcu číslo: Pod č. V 936/2015-12 zo dňa 23.7.2015, t a k t o r o z h o d o l : Krajský súd napadnuté rozhodnutie odporcu Okresného úradu Šaľa, katastrálneho odboru číslo: Pod č. V 936/2015-12 zo dňa 23.7.2015 p o t v r d z u j e. Navrhovateľovi sa náhrada trov konania n e p r i z n á v a. Navrhovateľ je povinný zaplatiť súdny poplatok za podanie návrhu vo výške 35 eur na účet tunajšieho súdu do troch dní po právoplatnosti tohto rozsudku. Účastníkovi konania I. T. súd nárok na náhradu trov konania nepriznáva. o d ô v o d n e n i e : 1. Napadnutým rozhodnutím odporcu číslo: Pod č. V 936/2015-12 zo dňa 23.7.2015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dňa 18.12.2013 je neplatná. Odporca v odôvodnení uviedol, že zástupcu záložcovi vybral samotný veriteľ pri poskytovaní úveru, pričom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2. Proti tomuto rozhodnutiu podal navrhovateľ opravný prostriedok, v ktorom žiadal napadnuté rozhodnutie zrušiť a vec vrátiť na ďalšie konanie. 3.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 Podľa § 244 ods. 1 O.s.p. v správnom súdnictve preskúmavajú súdy na základe žalôb alebo opravných prostriedkov zákonnosť rozhodnutí orgánov verejnej správy. 6. Podľa tretej hlavy piatej časti O.s.p. sa postupuje v prípadoch, v ktorých zákon zveruje súdom rozhodovanie o opravných prostriedkoch proti neprávoplatným rozhodnutiam správnych orgánov (§ 250l ods. 1 O.s.p.). 7. Z administratívneho spisu súd zistil, že navrhovateľ uzavrel dňa 18.12.2013 ako veriteľ zmluvu o úvere č. 401200775 s dlžníkom I. T.. Dlžník sa zaviazal splácať veriteľovi požičanú sumu v pravidelných mesačných splátkach. Na zabezpečenie záväzku vyplývajúceho z poskytnutého úveru uzatvoril I. T. ako záložca v zastúpení ProHelp - združenie občianskoprávnej pomoci s navrhovateľom zmluvu o zriadení záložného práva č. 121/2015-RAČ zo dňa 2.4.2015, predmetom ktorej bolo zriadenie záložného práva na nehnuteľnostiach bližšie špecifikovaných v napadnutom rozhodnutí Okresného úradu Šaľa, katastrálneho odboru číslo: Pod č. V 936/2015-12 zo dňa 23.7.2015. 8. Keďže predmetom záložného práva bola nehnuteľnosť, podal navrhovateľ návrh na vklad zmluvy o zriadení záložného práva do katastra nehnuteľností. Návrh podaný dňa 14.5.2015 odporca napadnutým rozhodnutím zamietol. 9. Podľa čl. 1 ods. 1 Ústavy SR je Slovenská republika právnym štátom. Neoddeliteľným atribútom právneho štátu je právna istota a spravodlivosť (pozri nálezy Ústavného súdu SR napr. I. ÚS 17/99, I. ÚS 54/02). 10. Podľa čl. 2 ods. 2 Ústavy SR štátne orgány môžu konať iba na základe ústavy, v jej medziach a v rozsahu a spôsobom, ktoré ustanoví zákon. 11.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13.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14.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15.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16. Krajský súd v Trnave v intenciách citovaných ustanovení katastrálneho zákona a vyhlášky preskúmal napadnuté rozhodnutie odporcu a dospel k záveru, že odporca ako orgán verejnej moci uplatnil svoju kompetenciu v súlade so zákonom (conditicio sine qua non). 17.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18.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19. Inštitút vkladu je založený na základe konštitutívnosti, čo znamená, že zmluvné vecné práva k nehnuteľnostiam vznikajú, menia sa a zanikajú vkladom do katastra. 20. Okresný úrad -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katastrálny odbor, v obvode ktorej sa nehnuteľnosť nachádza. 21.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22.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23. 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24. Podľa § 23 OZ, zastúpenie vzniká na základe zákona alebo rozhodnutia štátneho orgánu, alebo na základe dohody o plnomocenstve. 25.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26.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27. Splnomocnenie zo dňa 18.12.2013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28.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29.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30.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31. Podľa § 492 ods. 1 zák.č. 162/2015 Správny súdny poriadok (SSP), konania podľa tretej hlavy piatej časti O.s.p. začaté predo dňom nadobudnutia účinnosti tohto zákona sa dokončia podľa doterajších predpisov. 32. Vzhľadom na uvedené dospel krajský súd k záveru, že rozhodnutie odporcu je v súlade so zákonom, a preto napadnuté rozhodnutie podľa § 250q ods. 2 O.s.p. potvrdil. 33. O trovách konania súd rozhodol podľa § 246c ods. 1 O.s.p. v spojení s ustanovením § 142 ods. 1 O.s.p. a v konaní v celom rozsahu úspešnému odporcovi náhradu trov konania nepriznal, pretože tento si ich neuplatnil a z obsahu spisu nevyplýva, že by mu nejaké trovy konania v súvislosti s týmto konaním vznikli. 34.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https://www.kauzis.sk/judikatura/r/ECLI:SK:KSTT:2016:2015200689.2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