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43Sd/69/2015 z 16. 10. 2016</w:t>
      </w:r>
    </w:p>
    <w:p>
      <w:r>
        <w:t>Uznesenie Krajského súdu Trnava z 16. októbra 2016, sp. zn. 43Sd/69/2015, ECLI:SK:KSTT:2016:2015200721.2</w:t>
      </w:r>
    </w:p>
    <w:p>
      <w:r>
        <w:t>Súd: Krajský súd Trnava</w:t>
      </w:r>
    </w:p>
    <w:p>
      <w:r>
        <w:t>Spisová značka: 43Sd/69/2015</w:t>
      </w:r>
    </w:p>
    <w:p>
      <w:r>
        <w:t>ECLI: ECLI:SK:KSTT:2016:2015200721.2</w:t>
      </w:r>
    </w:p>
    <w:p>
      <w:r>
        <w:t>Dátum vydania: 16. 10. 2016</w:t>
      </w:r>
    </w:p>
    <w:p>
      <w:r>
        <w:t>Forma: Uznesenie</w:t>
      </w:r>
    </w:p>
    <w:p>
      <w:pPr>
        <w:pStyle w:val="Heading2"/>
      </w:pPr>
      <w:r>
        <w:t>Text rozhodnutia</w:t>
      </w:r>
    </w:p>
    <w:p>
      <w:r>
        <w:t>Súd: Krajský súd Trnava Spisová značka: 43Sd/69/2015 Identifikačné číslo súdneho spisu: 2015200721 Dátum vydania rozhodnutia: 17. 10. 2016 Meno a priezvisko sudcu, VSÚ: JUDr. Ľubomír Bundzel ECLI: ECLI:SK:KSTT:2016:2015200721.2 Uznesenie Krajský súd v Trnave v právnej veci navrhovateľa: Y. U., nar. XX.XX.XXXX, trvale bytom K. X, XXX XX B., t.č. bytom B., K. X/B, XXX XX B. (u p. U.) proti odporkyni: Sociálna poisťovňa, ústredie, so sídlom Ul. 29. augusta č. 8, 813 63 Bratislava o preskúmanie rozhodnutia odporkyne t a k t o r o z h o d o l : Súd konanie z a s t a v u j e . Žiaden z účastníkov nemá právo na náhradu trov konania. o d ô v o d n e n i e : Navrhovateľ svojim návrhom zo dňa 10.6.2015 žiadal pôvodne preskúmať rozhodnutie odporkyne č. XXX XXX XXXX X zo dňa 7.5.2015 (toto rozhodnutie bolo odporkyňou dňa 26.8.2016 zrušené podľa § 112 zákona o sociálnom poistení), ktorým odporkyňa podľa ust. § 70 a § 71 zákona č. 461/2003 Z. z. o sociálnom poistení v znení neskorších predpisov navrhovateľovi zamietla žiadosť o invalidný dôchodok. V priebehu konania bolo zo strany odporkyne vydané nové rozhodnutie č. XXX XXX XXXX X.-I. dňa 26.8.2016, ktorým bol navrhovateľovi podľa § 70 ods. 1 a § 82 zákona o sociálnom poistení od 8.3.2016 priznaný invalidný dôchodok v sume 207,90 eur mesačne. Rozhodnutie odporkyne vychádzalo z posudku posudkového lekára sociálneho poistenia Sociálnej poisťovne, pobočka Bratislava zo dňa 9.8.2016, ktorý stanovil mieru poklesu schopnosti vykonávať zárobkovú činnosť u navrhovateľa na 45 % v porovnaní so zdravou fyzickou osobou. Navrhovateľ po oboznámení sa s týmto záverom, na pojednávaní konanom dňa 17.10.2016 vzal svoj návrh o preskúmanie rozhodnutia späť a konanie žiadal zastaviť. Krajský súd v Trnave príslušný na konanie vo veci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rozhodnutiu nie je možné podať odvolanie, nakoľko sa účastníci konania podania opravného prostriedku výslovne vzdali.</w:t>
      </w:r>
    </w:p>
    <w:p/>
    <w:p>
      <w:r>
        <w:t>Zdroj: KAUZIS.SK – https://www.kauzis.sk/judikatura/r/ECLI:SK:KSTT:2016:2015200721.2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