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20Sp/26/2015 z 7. 4. 2016</w:t>
      </w:r>
    </w:p>
    <w:p>
      <w:r>
        <w:t>Rozsudok Krajského súdu Trnava z 7. apríla 2016, sp. zn. 20Sp/26/2015, ECLI:SK:KSTT:2016:2015200731.1</w:t>
      </w:r>
    </w:p>
    <w:p>
      <w:r>
        <w:t>Súd: Krajský súd Trnava</w:t>
      </w:r>
    </w:p>
    <w:p>
      <w:r>
        <w:t>Spisová značka: 20Sp/26/2015</w:t>
      </w:r>
    </w:p>
    <w:p>
      <w:r>
        <w:t>ECLI: ECLI:SK:KSTT:2016:2015200731.1</w:t>
      </w:r>
    </w:p>
    <w:p>
      <w:r>
        <w:t>Dátum vydania: 7. 4. 2016</w:t>
      </w:r>
    </w:p>
    <w:p>
      <w:r>
        <w:t>Forma: Rozsudok</w:t>
      </w:r>
    </w:p>
    <w:p>
      <w:r>
        <w:t>Oblasť práva: Správne právo</w:t>
      </w:r>
    </w:p>
    <w:p>
      <w:pPr>
        <w:pStyle w:val="Heading2"/>
      </w:pPr>
      <w:r>
        <w:t>Text rozhodnutia</w:t>
      </w:r>
    </w:p>
    <w:p>
      <w:r>
        <w:t>Súd: Krajský súd Trnava Spisová značka: 20Sp/26/2015 Identifikačné číslo súdneho spisu: 2015200731 Dátum vydania rozhodnutia: 08. 04. 2016 Meno a priezvisko sudcu, VSÚ: JUDr. Róbert Foltán ECLI: ECLI:SK:KSTT:2016:2015200731.1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navrhovateľa proti rozhodnutiu odporcu č. V 1044/15-02 zo dňa 5.6.2015, za účasti U. K., nar. XX.X.XXXX, bytom R. XXXX/XX, R. - Z., zastúpenej spoločnosťou Mgr. Henrieta Slavkovská, advokát, s. r. o., Ľ. Štúra 19, Levice, takto r o z h o d o l : Súd napadnuté rozhodnutie Okresného úradu Trnava, katastrálny odbor, č. V 1044/15-02 zo dňa 5.6.2015 p o t v r d z u j e . Odporcovi sa náhrada trov konania n e p r i z n á v a . Navrhovateľ je povinný zaplatiť účastníčke U. K. na trovách konania 296,44 eur na účet zastupujúcej spoločnosti Mgr. Henrieta Slavkovská, advokát s.r.o., do troch dní po právoplatnosti tohto rozhodnutia. Navrhovateľ je povinný zaplatiť na účet tunajšieho súdu súdny poplatok vo výške 35 eur do troch dní po právoplatnosti tohto rozhodnutia. o d ô v o d n e n i e : Odporca svojim rozhodnutím č. V 1044/15-02 zo dňa 5.6.2015 podľa § 31 ods. 3 zákona č. 162/1995 Z.z zamietol návrh na vklad záložného práva do katastra nehnuteľností podaný navrhovateľom dňa 24.2.2015 pod číslom konania V1044/15 spolu so zmluvou o zriadení záložného práva č. 03/2015- RAČ uzavretou dňa 5.1.2015 na základe zmluvy o úvere č.209000139 zo dňa 24.9.2013. Podľa odôvodnenia rozhodnutia záložnú zmluvu za záložcu podpísal splnomocnenec - ProHelp - združenie občianskoprávnej pomoci so sídlom v Bratislave na základe dohody o splnomocnení zo dňa 24.9.2013.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rovnaký deň ako zmluvu o úvere v Trnave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 zákonníka. Poukazoval tiež na množstvo obdobných zmlúv predložených navrhovateľom na zápis záložného práva, s tým, že prítomnosť totožného zástupcu vo viacerých prípadoch je dôkazom zhodného konania veriteľa a splnomocnenca.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Účastníčka konania U. K. vo svojom písomnom vyjadrení k veci navrhla preskúmavané rozhodnutie odporcu ako vecne správne potvrdiť. Uvádzala, že s navrhovateľom dňa 24.9.2013 uzatvorila zmluvu o spotrebiteľskom úvere, avšak na podpísanie dohody o splnomocnení občianskeho združenia ProHelp si nepamätá a takýto dokument nemá k dispozícii. Pokiaľ takéto splnomocnenie bolo udelené, považuje ho za neplatné podľa § 22 a 31 a nasl. Obč. zákonníka pre nemožnosť zvoliť si zástupcu, ktorého jej určil navrhovateľ a ona s ním ani neprišla do kontaktu, ako aj pre rozpor splnomocnenca s jej záujmami ako dlžníka. Za neplatnú súčasne považuje zmluvu o úvere, nakoľko táto obsahuje ustanovenia, ktorých účelom je obchádzanie zákona a dobrých mravov, ako aj neprijateľnú výšku RPMN a neprípustné vymienenie rozhodcovského súdu veriteľom. Súd prejednal vec podľa § 101 ods. 2 O.s.p.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Predložená zmluva o spotrebiteľskom úvere zo dňa 24.9.2013,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209000139, bolo skrytou podmienkou poskytnutia úveru.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5.1.2015,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žiadne trovy nevznikli, pričom podľa § 246c ods. 1 v spojení s § 142 ods. 1 O.s.p. /ustanovenie § 250k ods. 1 upravuje náhradu trov konania iba v prípadoch celkového alebo čiastočného úspechu navrhovateľa v konaní/ účastníčke U. K. podporujúcej v konaní úspešného odporcu priznal právo na náhradu trov v rozsahu nákladov právneho zastúpenia pri dvoch úkonoch zastupujúcej spoločnosti / prevzatie a príprava zastúpenia, písomné vyjadrenie k veci/ s tarifnou odmenou 2x 139,83 eur a paušálnymi náhradami výdavkov 2x 8,39 eur.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