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21Sd/47/2015 z 18. 5. 2016</w:t>
      </w:r>
    </w:p>
    <w:p>
      <w:r>
        <w:t>Rozsudok Krajského súdu Trnava z 18. mája 2016, sp. zn. 21Sd/47/2015, ECLI:SK:KSTT:2016:2015200749.1</w:t>
      </w:r>
    </w:p>
    <w:p>
      <w:r>
        <w:t>Súd: Krajský súd Trnava</w:t>
      </w:r>
    </w:p>
    <w:p>
      <w:r>
        <w:t>Spisová značka: 21Sd/47/2015</w:t>
      </w:r>
    </w:p>
    <w:p>
      <w:r>
        <w:t>ECLI: ECLI:SK:KSTT:2016:2015200749.1</w:t>
      </w:r>
    </w:p>
    <w:p>
      <w:r>
        <w:t>Dátum vydania: 18. 5. 2016</w:t>
      </w:r>
    </w:p>
    <w:p>
      <w:r>
        <w:t>Forma: Rozsudok</w:t>
      </w:r>
    </w:p>
    <w:p>
      <w:r>
        <w:t>Oblasť práva: Správne právo</w:t>
      </w:r>
    </w:p>
    <w:p>
      <w:pPr>
        <w:pStyle w:val="Heading2"/>
      </w:pPr>
      <w:r>
        <w:t>Text rozhodnutia</w:t>
      </w:r>
    </w:p>
    <w:p>
      <w:r>
        <w:t>Súd: Krajský súd Trnava Spisová značka: 21Sd/47/2015 Identifikačné číslo súdneho spisu: 2015200749 Dátum vydania rozhodnutia: 19. 05. 2016 Meno a priezvisko sudcu, VSÚ: JUDr. Božena Husárová ECLI: ECLI:SK:KSTT:2016:2015200749.1 ROZSUDOK V MENE SLOVENSKEJ REPUBLIKY Krajský súd v Trnave sudkyňou JUDr. Boženou Husárovou v právnej veci žalobcu: U. N., nar. XX.XX.XXXX, bytom C. H. XXX proti žalovanej: Sociálna poisťovňa - ústredie, ul. 29. augusta č. 8, Bratislava, o preskúmanie rozhodnutia žalovanej č. XXX XXX XXXX X zo dňa 18.05.2015 takto r o z h o d o l : Súd rozhodnutie žalovanej č. XXX XXX XXXX X zo dňa 18.05.2015 potvrdzuje. Žalobkyni sa nárok na náhradu trov konania nepriznáva. o d ô v o d n e n i e : Žalovaná rozhodnutím č. XXX XXX XXXX X zo dňa 18.05.2015 podľa § 112 v spojení s § 70 ods.1 a § 71 ods. 1 zák. č. 461/2003 Z.z. odňala od 12.06.2015 žalobkyni invalidný dôchodok, keď poukázala na posudok posudkového lekára sociálnej poisťovne pobočky Sociálnej poisťovne Trnava zo dňa 30.03.2015, podľa ktorého nie je odo dňa 30.03.2015 žalobkyňa invalidnou, pretože pre dlhodobo nepriaznivý zdravotný stav nemá pokles schopnosti vykonávať zárobkovú činnosť o viac ako 40 % v porovnaní so zdravou fyzickou osobou a z toho dôvodu jej nárok na invalidný dôchodok zanikol. Žalobkyňa predmetné rozhodnutie napadla odvolaním, ktoré bolo žalovanej doručené dňa 26.06.2015 a v ktorom poukázala na to, že od posledného posúdenia sa jej zdravotný stav nezmenil, pričom v predchádzajúcom období invalidný dôchodok poberala, nakoľko bola uznaná invalidnou v rozsahu 45 %. K jej zdravotným ťažkostiam pribúdajú i ďalšie diagnózy a to bronchiálna astma, na ktorú je liečená, mala diagnostikované i poškodenie platničiek v časti krčnej chrbtice v dôsledku skoliózy, a hoci nebolo možné v rozhodnom období vykonať úplné vyšetrenie z dôvodu možnej gravidity, napriek tomu posudkový lekár skonštatoval, že jej zdravotný stav sa zlepšil. Po zistení, že nie je tehotná podstúpila vyšetrenie stavu chrbtice a platničiek, ktoré predložila ako dôkaz k odvolaniu a ktorým preukazuje, že jej zdravotný stav nie je zlepšený, z toho dôvodu žiadala, aby jej bol opätovne priznaný invalidný dôchodok. Žalovaná vo vyjadrení k opravnému prostriedku uviedla, že žalobkyni bol rozhodnutím č. XXX XXX XXXX X zo dňa 18.05.2015 podľa § 112 v spojení s § 71 ods. 1 zák. č. 461/2003 odňatý invalidný dôchodok, keď podľa posudkového lekára sociálneho poistenia zo dňa 30.03.2015 už nie je invalidnou a miera poklesu schopnosti vykonávať zárobkovú činnosť je v porovnaní so zdravou fyzickou osobou 35 %. Keďže zhoršenie zdravotného stavu podľa záverov posudkových lekárov nie je na takej úrovni, ktorá by zakladala vznik invalidity, musel jej byť napadnutým rozhodnutím invalidný dôchodok odňatý. Žalovaná dala do pozornosti súdu skutočnosť, že práve z dôvodu podaného opravného prostriedku bol znovu posúdený zdravotný stav žalobkyne posudkovým lekárom sociálneho poistenia Sociálnej poisťovne pobočka Trnava dňa 05.08.2015 a posudkovým lekárom sociálneho poistenia Sociálnej poisťovne ústredie dňa 01.10.2015. Príslušní posudkoví lekári zhodne konštatovali, že žalobkyňa nie je podľa § 71 ods. 1 zák. č. 461/2003 Z.z. invalidná, pričom zohľadnili i predložené odborné lekárske nálezy, ktoré žalobkyňa doplnila k odvolaniu, ale ani pri vyhodnotení ktorých nedospeli k záveru, že zdravotný stav žalobkyne zakladá dôvod pre priznanie invalidity. Krajský súd preskúmal napadnuté rozhodnutia a konanie, ktoré mu predchádzalo podľa tretej hlavy piatej časti O.s.p. a dospel k záveru, že odvolanie nie je dôvodné. Súd vo veci nariadil pojednávanie, ktorého sa zúčastnila žalobkyňa i žalovaná. Žalobkyňa vo vyjadrení poukázala na to, že v súčasnosti je tehotná, preto nemá žiadne aktuálne lekárske správy, ale jej ošetrujúci lekár, špecialista - ortopéd je presvedčený, že u nej sú stále dané dôvody pre priznanie invalidity a nerozumie, z akého dôvodu jej bol invalidný dôchodok odňatý. Žalovaná vo vyjadrení na pojednávaní zotrvala na skutočnostiach uvedených v písomnom stanovisku zo dňa 08.10.2015 a žiadala, aby súd rozhodnutie ako vecne správne potvrdil.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naň pripúšťajú, nadobudlo právoplatnosť. (3) Predmetom preskúmavania môže byť za podmienok ustanovených v ods. 1 a 2 aj rozhodnutie, proti ktorému zákon nepripúšťa opravný prostriedok, ak sa stalo právoplatným.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zák.č. 461/2003 Z.z. v znení neskorších predpisov, (1) Poistenec má nárok na invalidný dôchodok, ak sa stal invalidný, získal počet rokov dôchodkového poistenia uvedený v § 72 a ku dňu vzniku invalidity nesplnil podmienky nároku na starobný dôchodok, alebo mu nebol priznaný predčasný starobný dôchodok. Podľa § 71 zák. č. 461/2003 Z.z.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Podľa § 153 zák. č. 461/2003 Z.z. o sociálnom poistení, (1) Lekárska posudková činnosť pri výkone sociálneho poistenia sa člení na lekársku posudkovú činnosť a) nemocenského poistenia, b) dôchodkového poistenia, c) úrazového poistenia. (3) Lekárska posudková činnosť dôchodkového poistenia zahŕňa posudzovanie a) dlhodobo nepriaznivého zdravotného stavu a poklesu schopnosti vykonávať zárobkovú činnosť, (5) Lekársku posudkovú činnosť podľa odseku 1 vykonáva posudkový lekár sociálneho poistenia príslušnej pobočky a posudkový lekár sociálneho poistenia ústredia (ďalej len "posudkový lekár") a podľa odseku 2 písm. b) aj určený zamestnanec Sociálnej poisťovne za osobnej účasti poistenca alebo poškodeného. (8) Posudkový lekár pri výkone lekárskej posudkovej činnosti spolupracuje s praktickým lekárom, ošetrujúcim lekárom 87) a s revíznym lekárom zdravotnej poisťovne. Posudkový lekár sociálneho poistenia ústredia môže posúdiť dlhodobo nepriaznivý zdravotný stav poistenca v prítomnosti prísediaceho lekára so špecializáciou v príslušnom špecializačnom odbore. Podľa § 250q O.s.p. (2) O opravnom prostriedku rozhodne súd rozsudkom, ktorým preskúmané rozhodnutie buď potvrdí, alebo ho zruší a vráti na ďalšie konanie. Ustanovenie § 250j ods. 5 O.s.p. platí obdobne. Z predloženého posudkového spisu vyplýva, že na základe žiadosti žalobkyne o invalidný dôchodok zo dňa 29.11.2012 bola posudkovým lekárom Sociálnej poisťovne pobočka Trnava žalobkyňa dňa 25.06.2012 uznaná invalidnou a rozhodujúcim zdravotným postihnutím odôvodňujúcim invaliditu bolo postihnutie zaradené do Kapitoly XV, oddiel E, položka 5 b - skolióza stredný stupeň. Mieru poklesu schopnosti vykonávať zárobkovú činnosť určil posudkový lekár v rozsahu 35 % ako dolná hranica z percentuálneho rozpätia 35-45 % a na ostatné ochorenia, ktoré nie sú rozhodujúcim zdravotným postihnutím, ale ovplyvňujú funkčný stav organizmu, posudkový lekár navýšil percentuálnu mieru poklesu schopnosti vykonávať zárobkovú činnosť o 10%, keď zohľadnil stav po operácii srdca v kapitole IX A 8a. Zdravotný stav žalobkyne bol následne posúdený posudkovým lekárom Sociálnej poisťovne pobočka Trnava dňa 30.03.2015. Posudkový lekár konštatoval, že rozhodujúce zdravotné postihnutie - skolióza stredného stupňa, ako je uvedené v posudku pre priznanie invalidity zostáva bezo zmeny, ale iné zdravotné postihnutie, na základe ktorého mala žalobkyňa priznané zvýšenie percentuálnej miery o 10% ,a to stav po operácii srdca vykazuje zlepšenie, v posudku uvedené ako srdce s dobrým funkčným nálezom. Podľa celkového posudku navýšenie nebolo realizované, nakoľko ostatné ochorenia sú bez medikamentóznej liečby a predložené vyšetrenia zmenu nepodmieňujú. Z uvedeného dôvodu posudkový lekár konštatoval zlepšenie a v dôsledku toho priznaná miera poklesu schopnosti vykonávať zárobkovú činnosť bola stanovená v rozsahu 35%, čím došlo k zániku invalidity. Z posudkového spisu tiež vyplýva, že z dôvodu odvolania podaného proti odňatiu invalidného dôchodku žalovaná vykonala kontrolnú lekársku prehliadku pre účely invalidného dôchodku, ale ani lekárskym posudkom zo dňa 01.10.2015 vyhotoveným posudkovým lekárom sociálneho poistenia Sociálnej poisťovne, ústredie, nebolo priznané navýšenie, i keď posudkový lekár zohľadnil všetky k odvolaniu doložené vyšetrenia a nálezy s tým, že zdravotný stav žalovanej zodpovedá posúdeniu podľa kapitoly XV oddiel E, položka 5b v rozsahu - 35 % a ostatné zdravotné postihnutie je už bez medikamentóznej liečby. Predložené lekárske nálezy nepodmienili zmenu posúdenia zdravotného stavu žalobkyne tak, aby zakladal nárok na priznanie invalidného dôchodku. Pre posúdenie invalidity ako vzniku a trvania nároku na invalidný dôchodok je podstatnou otázka vplyvu dlhodobého nepriaznivého zdravotného stavu na schopnosť výkonu zárobkovej činnosti. Posudkoví lekári mieru poklesu schopnosti žalobkyne vykonávať zárobkovú činnosť určili pri zohľadnení jej aktuálneho zdravotného stavu, v súlade so zákonom a záver o zdravotnom stave žalobkyne a miere poklesu schopnosti vykonávať zárobkovú činnosť je úplný, objektívny a presvedčivý. Žalobkyňa nepredložila žiadne iné lekárske nálezy, ktoré by spochybňovali výrok posudku a podľa posledného lekárskeho posudku preukázateľne u žalobkyne došlo k zlepšeniu zdravotného stavu vo vzťahu k inému zdravotnému postihnutiu, ktoré pôvodne zakladalo zvýšenie miery poklesu schopnosti vykonávať zárobkovú činnosť v rozsahu 10 % . Po preskúmaní veci súd nezistil žiadnu nezákonnosť v konaní žalovanej a tak rozhodnutie podľa § 250q ods. 2 potvrdil, keď sa stotožnil s tým, že nárok na invalidný dôchodok u žalobkyne pri posudzovanom aktuálnom zdravotnom stave zanikol. K uvedenému súd uvádza, že ak sa zdravotný stav žalobkyne zmení nie je vylúčené, aby jej bol opäť invalidný dôchodok priznaný. O trovách konania rozhodol podľa § 250k ods. 1 O.s.p. a žalobkyni nárok na náhradu trov konania nepriznal.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https://www.kauzis.sk/judikatura/r/ECLI:SK:KSTT:2016:2015200749.1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