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43Sp/36/2015 z 17. 7. 2016</w:t>
      </w:r>
    </w:p>
    <w:p>
      <w:r>
        <w:t>Rozsudok Krajského súdu Trnava z 17. júla 2016, sp. zn. 43Sp/36/2015, ECLI:SK:KSTT:2016:2015200783.2</w:t>
      </w:r>
    </w:p>
    <w:p>
      <w:r>
        <w:t>Súd: Krajský súd Trnava</w:t>
      </w:r>
    </w:p>
    <w:p>
      <w:r>
        <w:t>Spisová značka: 43Sp/36/2015</w:t>
      </w:r>
    </w:p>
    <w:p>
      <w:r>
        <w:t>ECLI: ECLI:SK:KSTT:2016:2015200783.2</w:t>
      </w:r>
    </w:p>
    <w:p>
      <w:r>
        <w:t>Dátum vydania: 17. 7. 2016</w:t>
      </w:r>
    </w:p>
    <w:p>
      <w:r>
        <w:t>Forma: Rozsudok</w:t>
      </w:r>
    </w:p>
    <w:p>
      <w:r>
        <w:t>Oblasť práva: Správne právo</w:t>
      </w:r>
    </w:p>
    <w:p>
      <w:pPr>
        <w:pStyle w:val="Heading2"/>
      </w:pPr>
      <w:r>
        <w:t>Text rozhodnutia</w:t>
      </w:r>
    </w:p>
    <w:p>
      <w:r>
        <w:t>Súd: Krajský súd Trnava Spisová značka: 43Sp/36/2015 Identifikačné číslo súdneho spisu: 2015200783 Dátum vydania rozhodnutia: 18. 07. 2016 Meno a priezvisko sudcu, VSÚ: JUDr. Ľubomír Bundzel ECLI: ECLI:SK:KSTT:2016:2015200783.2 ROZSUDOK V MENE SLOVENSKEJ REPUBLIKY Krajský súd v Trnave samosudcom JUDr. Ľubomírom Bundzelom v právnej veci navrhovateľa: POHOTOVOSŤ, s.r.o., sídlom Pribinova 25, 811 09 Bratislava, IČO: 35 807 598, proti odporcovi: Okresný úrad Trnava, katastrálny odbor, Vajanského 2, 917 01 Trnava, za účasti: K. J., nar. XX.X.XXXX, bytom S. R. XXX/XXX, XXX XX D., o preskúmanie rozhodnutia odporcu č. V 6785/14-02 zo dňa 14.4.2015, t a k t o r o z h o d o l : Krajský súd napadnuté rozhodnutie odporcu Okresného úradu Trnava, katastrálneho odboru číslo: V 6785/14-02 zo dňa 14.4.2015 p o t v r d z u j e. Navrhovateľovi sa náhrada trov konania n e p r i z n á v a. Navrhovateľ je povinný zaplatiť súdny poplatok za podanie návrhu vo výške 35 eur na účet tunajšieho súdu do troch dní po právoplatnosti tohto rozsudku. Účastníkovi konania K. J. súd nárok na náhradu trov konania nepriznáva. o d ô v o d n e n i e : 1. Napadnutým rozhodnutím odporcu č. V 6785/14-02 zo dňa 14.4.2015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dňa 25.7.2013 je neplatná. Odporca v odôvodnení uviedol, že dohoda o splnomocnení je napísaná na vopred pripravenom tlačive s textom Dohody o splnomocnení s vopred predtlačeným názvom splnomocnenca, bolo dlžníkovi zjavne predložené mandatárom veriteľa, ako aj ostatné okolnosti uzavretia tejto dohody o splnomocnení (neprítomnosť druhej zmluvnej strany pri podpise na vopred vyhotovené tlačivo - dohody o splnomocnení ) nasvedčujú tomu, že dlžník ako splnomocniteľ nemal možnosť prejaviť slobodnú vôľu pri „výbere“ splnomocnenca, ktorý by mal hájiť jeho záujmy, ale podpísal dohodu o splnomocnení, ktorú mu predložil veriteľ na štandardnom formulári, pričom je dôvodné pochybovať o tom, či dlžník mal možnosť ovplyvniť jej obsah. Ďalej bolo v rozhodnutí konštatované, že samotná skutočnosť, že veriteľ, resp. jeho mandatár takýmto tlačivom disponoval a predložil ho dlžníkovi pri podpise zmluvy o úvere by naznačovala, že splnomocnenec (ProHelp - združenie občianskoprávnej pomoci) uskutočňuje a napĺňa záujmy záložného veriteľa a nie záložcu. Takéto splnomocnenie spôsobuje hrubú nerovnováhu v právach a povinnostiach v neprospech záložcu. Zastupovanie osobou, ktorej záujmy sú v rozpore so záujmami zastúpeného, sú v rozpore s § 22 ods. 2 Obč. zákonníka a právne úkony urobené takýmito osobami sú absolútne neplatné, bez ohľadu na skutočnosť, či o tom účastníci právneho úkonu vedeli. Nakoľko odporca dospel k záveru, že predmetná záložná zmluva je v dôsledku neplatnosti zastúpenia neplatná, návrh na vklad zamietol. 2. Proti tomuto rozhodnutiu podal navrhovateľ opravný prostriedok, v ktorom žiadal napadnuté rozhodnutie zrušiť a vec vrátiť na ďalšie konanie. 3.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4.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 Podľa § 244 ods. 1 O.s.p. v správnom súdnictve preskúmavajú súdy na základe žalôb alebo opravných prostriedkov zákonnosť rozhodnutí orgánov verejnej správy. 6. Podľa tretej hlavy piatej časti O.s.p. sa postupuje v prípadoch, v ktorých zákon zveruje súdom rozhodovanie o opravných prostriedkoch proti neprávoplatným rozhodnutiam správnych orgánov (§ 250l ods. 1 O.s.p.). 7. Z administratívneho spisu súd zistil, že navrhovateľ uzavrel dňa 25.4.2013 ako veriteľ zmluvu o úvere č. 207200787 s dlžníkom K. J.. Dlžník sa zaviazal splácať veriteľovi požičanú sumu v pravidelných mesačných splátkach. Na zabezpečenie záväzku vyplývajúceho z poskytnutého úveru uzatvoril K. J. ako záložca v zastúpení ProHelp - združenie občianskoprávnej pomoci s navrhovateľom zmluvu o zriadení záložného práva č. 511/2014-RAČ zo dňa 14.10.2014, predmetom ktorej bolo zriadenie záložného práva k nehnuteľnostiam bližšie označených v tejto zmluve, ktorých záložca je spoluvlastníkom 1/2. 8. Keďže predmetom záložného práva bola nehnuteľnosť, podal navrhovateľ návrh na vklad zmluvy o zriadení záložného práva do katastra nehnuteľností. Návrh podaný dňa 24.11.2014 odporca napadnutým rozhodnutím zamietol. 9. Podľa čl. 1 ods. 1 Ústavy SR je Slovenská republika právnym štátom. Neoddeliteľným atribútom právneho štátu je právna istota a spravodlivosť (pozri nálezy Ústavného súdu SR napr. I. ÚS 17/99, I. ÚS 54/02). 10. Podľa čl. 2 ods. 2 Ústavy SR štátne orgány môžu konať iba na základe ústavy, v jej medziach a v rozsahu a spôsobom, ktoré ustanoví zákon. 11.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12.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13.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14.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15. V zmysle § 5 ods. 1 katastrálneho zákona vklad je úkon správy katastra; vkladom vzniká, mení sa alebo zaniká právo k nehnuteľnostiam. 16. Podľa § 16 ods. 2 prvá veta katastrálneho zákona správa katastra vykonáva štátnu správu na úseku katastra v územnom obvode okresu. 17. Podľa § 28 ods. 1 katastrálneho zákona práva k nehnuteľnostiam zo zmlúv uvedené v § 1 ods. 1 sa zapisujú do katastra vkladom, ak tento zákon neustanovuje inak. 18. V zmysle § 28 ods. 2 citovaného zákona práva k nehnuteľnostiam uvedené v § 1 ods. 1 vznikajú, menia sa alebo zanikajú vkladom do katastra, ak tento zákon neustanovuje inak. 19. Podľa odseku 3 § 28 citovaného zákona právne účinky vkladu vznikajú na základe právoplatného rozhodnutia správy katastra o jeho povolení. 20. V zmysle § 29 citovaného zákona vklad podľa § 28 možno vykonať iba na základe právoplatného rozhodnutia správy katastra. 21. Podľa § 30 ods. 1 katastrálneho zákona účastníkom konania o povolení vkladu je účastník právneho úkonu, na ktorého základe má vzniknúť, zmeniť sa alebo zaniknúť právo k nehnuteľnosti. 22. Konanie o povolení vkladu sa začína na návrh účastníka konania (§ 30 ods. 2 katastrálneho zákona). 23.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24.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25.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26. Podľa ods. 2 § 31 citovaného zákona pri rozhodovaní o povolení vkladu prihliada správa katastra aj na skutkové a právne skutočnosti, ktoré by mohli mať vplyv na povolenie vkladu. 27. Podľa § 31 ods. 3 citovaného zákona ak sú podmienky na vklad splnené správa katastra vklad povolí; inak návrh zamietne. Ak sú podmienky na vklad splnené len v časti návrhu a ak je to účelné, správa katastra môže rozhodnúť len o časti návrhu. 28. Podľa § 31 ods. 6 citovaného zákona rozhodnutie o povolení vkladu nadobúda právoplatnosť dňom jeho vyznačenia. Proti rozhodnutiu, ktorým sa vklad povoľuje, nemožno podať opravný prostriedok. 29. Správa katastra doručí zmluvu s vyznačením rozhodnutia o povolení vkladu všetkým účastníkom konania (§ 31 ods. 7 katastrálneho zákona). 30.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31.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32. Krajský súd v Trnave v intenciách citovaných ustanovení katastrálneho zákona a vyhlášky preskúmal napadnuté rozhodnutie odporcu a dospel k záveru, že odporca ako orgán verejnej moci uplatnil svoju kompetenciu v súlade so zákonom (conditicio sine qua non). 33.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34.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35. Inštitút vkladu je založený na základe konštitutívnosti, čo znamená, že zmluvné vecné práva k nehnuteľnostiam vznikajú, menia sa a zanikajú vkladom do katastra. 36.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37.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38.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39.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40. Podľa § 23 OZ, zastúpenie vzniká na základe zákona alebo rozhodnutia štátneho orgánu, alebo na základe dohody o plnomocenstve. 41.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42.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43. Splnomocnenie zo dňa 25.7.2013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44.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45. V danom prípade je taktiež dôvodné pochybovať aj o tom, či dlžník mal možnosť zvoliť si sám svojho zástupcu. Za záložcu záložnú zmluvu podpísal splnomocnenec ProHelp - združenie občianskoprávnej pomoci, v zastúpení N. K., predsedom združenia. Záložca podpísal dohodu o splnomocnení dňa 25.7.2013 a druhá strana ProHelp - združenie občianskoprávnej pomoci zastúpená predsedom združenia N. K., tiež dňa 25.7.2013, avšak táto bola predložená mandatárom veriteľa, z čoho vyplýva, že záložca udelil plnú moc zástupcovi, ktorého nepoznal a bez toho, aby K. J. ako dlžník mohol ovplyvniť jej obsah. 46.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47.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48. Podľa § 492 ods. 1 zák.č. 162/2015 Správny súdny poriadok (SSP), konania podľa tretej hlavy piatej časti O.s.p. začaté predo dňom nadobudnutia účinnosti tohto zákona sa dokončia podľa doterajších predpisov. 49. Vzhľadom na uvedené dospel krajský súd k záveru, že rozhodnutie odporcu je v súlade so zákonom, a preto napadnuté rozhodnutie podľa § 250q ods. 2 O.s.p. potvrdil. 50. O trovách konania súd rozhodol podľa § 246c ods. 1 O.s.p. v spojení s ustanovením § 142 ods. 1 O.s.p. a v konaní v celom rozsahu úspešnému odporcovi náhradu trov konania nepriznal, pretože tento si ich neuplatnil a z obsahu spisu nevyplýva, že by mu nejaké trovy v súvislosti s týmto konaním vznikli. 51.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https://www.kauzis.sk/judikatura/r/ECLI:SK:KSTT:2016:2015200783.2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